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1067" w14:textId="5E51B0A5" w:rsidR="00551623" w:rsidRPr="00F121B8" w:rsidRDefault="00551623" w:rsidP="006A615F"/>
    <w:p w14:paraId="6B1272DC" w14:textId="061AB54F" w:rsidR="00551623" w:rsidRPr="006A615F" w:rsidRDefault="007D4FF4" w:rsidP="006A615F">
      <w:pPr>
        <w:pStyle w:val="Heading1"/>
        <w:rPr>
          <w:i/>
          <w:iCs/>
        </w:rPr>
      </w:pPr>
      <w:r>
        <w:rPr>
          <w:rFonts w:cs="Arial"/>
          <w:noProof/>
        </w:rPr>
        <w:drawing>
          <wp:inline distT="0" distB="0" distL="0" distR="0" wp14:anchorId="0FD33AC5" wp14:editId="3C70B5E4">
            <wp:extent cx="5761507" cy="1498984"/>
            <wp:effectExtent l="0" t="0" r="0" b="0"/>
            <wp:docPr id="1289228982" name="Picture 7" descr="CURATE logo with the word “CURATE” in large green, blue, and purple letters, incorporating the phrases “Curriculum Ratings by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28982" name="Picture 7" descr="CURATE logo with the word “CURATE” in large green, blue, and purple letters, incorporating the phrases “Curriculum Ratings by Teachers.”"/>
                    <pic:cNvPicPr/>
                  </pic:nvPicPr>
                  <pic:blipFill>
                    <a:blip r:embed="rId11"/>
                    <a:stretch>
                      <a:fillRect/>
                    </a:stretch>
                  </pic:blipFill>
                  <pic:spPr>
                    <a:xfrm>
                      <a:off x="0" y="0"/>
                      <a:ext cx="5773311" cy="1502055"/>
                    </a:xfrm>
                    <a:prstGeom prst="rect">
                      <a:avLst/>
                    </a:prstGeom>
                  </pic:spPr>
                </pic:pic>
              </a:graphicData>
            </a:graphic>
          </wp:inline>
        </w:drawing>
      </w:r>
      <w:r w:rsidRPr="006A615F">
        <w:t>REPORT</w:t>
      </w:r>
      <w:r w:rsidR="006A615F">
        <w:br/>
      </w:r>
      <w:proofErr w:type="spellStart"/>
      <w:r w:rsidR="00DF388D" w:rsidRPr="006A615F">
        <w:rPr>
          <w:i/>
          <w:iCs/>
        </w:rPr>
        <w:t>STEMscopes</w:t>
      </w:r>
      <w:proofErr w:type="spellEnd"/>
      <w:r w:rsidR="00DF388D" w:rsidRPr="006A615F">
        <w:rPr>
          <w:i/>
          <w:iCs/>
        </w:rPr>
        <w:t xml:space="preserve"> Math</w:t>
      </w:r>
    </w:p>
    <w:p w14:paraId="23B6FF90" w14:textId="006784CF" w:rsidR="00551623" w:rsidRPr="00F121B8" w:rsidRDefault="00DF388D" w:rsidP="00DE4E7F">
      <w:pPr>
        <w:pStyle w:val="CURATESubtitle"/>
        <w:pBdr>
          <w:bottom w:val="single" w:sz="6" w:space="1" w:color="auto"/>
        </w:pBdr>
        <w:jc w:val="center"/>
        <w:rPr>
          <w:rFonts w:cs="Arial"/>
          <w:color w:val="17365D" w:themeColor="text2" w:themeShade="BF"/>
        </w:rPr>
      </w:pPr>
      <w:r>
        <w:rPr>
          <w:rFonts w:cs="Arial"/>
          <w:color w:val="17365D" w:themeColor="text2" w:themeShade="BF"/>
        </w:rPr>
        <w:t>Accelerate Learning</w:t>
      </w:r>
      <w:r w:rsidR="004523D0" w:rsidRPr="00DF388D">
        <w:rPr>
          <w:rFonts w:cs="Arial"/>
          <w:color w:val="17365D" w:themeColor="text2" w:themeShade="BF"/>
        </w:rPr>
        <w:t xml:space="preserve">, </w:t>
      </w:r>
      <w:r>
        <w:rPr>
          <w:rFonts w:cs="Arial"/>
          <w:color w:val="17365D" w:themeColor="text2" w:themeShade="BF"/>
        </w:rPr>
        <w:t>2024</w:t>
      </w:r>
      <w:r w:rsidR="004523D0" w:rsidRPr="00DF388D">
        <w:rPr>
          <w:rFonts w:cs="Arial"/>
          <w:color w:val="17365D" w:themeColor="text2" w:themeShade="BF"/>
        </w:rPr>
        <w:t xml:space="preserve"> | Grades </w:t>
      </w:r>
      <w:r>
        <w:rPr>
          <w:rFonts w:cs="Arial"/>
          <w:color w:val="17365D" w:themeColor="text2" w:themeShade="BF"/>
        </w:rPr>
        <w:t>K</w:t>
      </w:r>
      <w:r w:rsidR="004523D0" w:rsidRPr="00DF388D">
        <w:rPr>
          <w:rFonts w:cs="Arial"/>
          <w:color w:val="17365D" w:themeColor="text2" w:themeShade="BF"/>
        </w:rPr>
        <w:t>–</w:t>
      </w:r>
      <w:r>
        <w:rPr>
          <w:rFonts w:cs="Arial"/>
          <w:color w:val="17365D" w:themeColor="text2" w:themeShade="BF"/>
        </w:rPr>
        <w:t>5</w:t>
      </w:r>
    </w:p>
    <w:sdt>
      <w:sdtPr>
        <w:id w:val="1416008665"/>
        <w:docPartObj>
          <w:docPartGallery w:val="Table of Contents"/>
          <w:docPartUnique/>
        </w:docPartObj>
      </w:sdtPr>
      <w:sdtContent>
        <w:p w14:paraId="7976F6D0" w14:textId="19A4A7B1" w:rsidR="00850744" w:rsidRDefault="003D7D27">
          <w:pPr>
            <w:pStyle w:val="TOC2"/>
            <w:tabs>
              <w:tab w:val="right" w:leader="dot" w:pos="10214"/>
            </w:tabs>
            <w:rPr>
              <w:rFonts w:asciiTheme="minorHAnsi" w:eastAsiaTheme="minorEastAsia" w:hAnsiTheme="minorHAnsi"/>
              <w:noProof/>
              <w:color w:val="auto"/>
              <w:kern w:val="2"/>
              <w:sz w:val="24"/>
              <w:szCs w:val="24"/>
              <w14:ligatures w14:val="standardContextual"/>
            </w:rPr>
          </w:pPr>
          <w:r>
            <w:fldChar w:fldCharType="begin"/>
          </w:r>
          <w:r w:rsidR="0037504D">
            <w:instrText>TOC \o "1-3" \z \u \h</w:instrText>
          </w:r>
          <w:r>
            <w:fldChar w:fldCharType="separate"/>
          </w:r>
          <w:hyperlink w:anchor="_Toc240482787" w:history="1">
            <w:r w:rsidR="00850744" w:rsidRPr="00CA4AC5">
              <w:rPr>
                <w:rStyle w:val="Hyperlink"/>
                <w:noProof/>
              </w:rPr>
              <w:t>HELLO AND WELCOME TO A CURATE REPORT!</w:t>
            </w:r>
            <w:r w:rsidR="00850744">
              <w:rPr>
                <w:noProof/>
                <w:webHidden/>
              </w:rPr>
              <w:tab/>
            </w:r>
            <w:r w:rsidR="00850744">
              <w:rPr>
                <w:noProof/>
                <w:webHidden/>
              </w:rPr>
              <w:fldChar w:fldCharType="begin"/>
            </w:r>
            <w:r w:rsidR="00850744">
              <w:rPr>
                <w:noProof/>
                <w:webHidden/>
              </w:rPr>
              <w:instrText xml:space="preserve"> PAGEREF _Toc240482787 \h </w:instrText>
            </w:r>
            <w:r w:rsidR="00850744">
              <w:rPr>
                <w:noProof/>
                <w:webHidden/>
              </w:rPr>
            </w:r>
            <w:r w:rsidR="00850744">
              <w:rPr>
                <w:noProof/>
                <w:webHidden/>
              </w:rPr>
              <w:fldChar w:fldCharType="separate"/>
            </w:r>
            <w:r w:rsidR="00850744">
              <w:rPr>
                <w:noProof/>
                <w:webHidden/>
              </w:rPr>
              <w:t>2</w:t>
            </w:r>
            <w:r w:rsidR="00850744">
              <w:rPr>
                <w:noProof/>
                <w:webHidden/>
              </w:rPr>
              <w:fldChar w:fldCharType="end"/>
            </w:r>
          </w:hyperlink>
        </w:p>
        <w:p w14:paraId="63E77349" w14:textId="157837B6"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88" w:history="1">
            <w:r w:rsidRPr="00CA4AC5">
              <w:rPr>
                <w:rStyle w:val="Hyperlink"/>
                <w:rFonts w:cs="Arial"/>
                <w:noProof/>
              </w:rPr>
              <w:t>Definitions of Ratings</w:t>
            </w:r>
            <w:r>
              <w:rPr>
                <w:noProof/>
                <w:webHidden/>
              </w:rPr>
              <w:tab/>
            </w:r>
            <w:r>
              <w:rPr>
                <w:noProof/>
                <w:webHidden/>
              </w:rPr>
              <w:fldChar w:fldCharType="begin"/>
            </w:r>
            <w:r>
              <w:rPr>
                <w:noProof/>
                <w:webHidden/>
              </w:rPr>
              <w:instrText xml:space="preserve"> PAGEREF _Toc240482788 \h </w:instrText>
            </w:r>
            <w:r>
              <w:rPr>
                <w:noProof/>
                <w:webHidden/>
              </w:rPr>
            </w:r>
            <w:r>
              <w:rPr>
                <w:noProof/>
                <w:webHidden/>
              </w:rPr>
              <w:fldChar w:fldCharType="separate"/>
            </w:r>
            <w:r>
              <w:rPr>
                <w:noProof/>
                <w:webHidden/>
              </w:rPr>
              <w:t>3</w:t>
            </w:r>
            <w:r>
              <w:rPr>
                <w:noProof/>
                <w:webHidden/>
              </w:rPr>
              <w:fldChar w:fldCharType="end"/>
            </w:r>
          </w:hyperlink>
        </w:p>
        <w:p w14:paraId="413E9CBF" w14:textId="0B4FCBE5"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89" w:history="1">
            <w:r w:rsidRPr="00CA4AC5">
              <w:rPr>
                <w:rStyle w:val="Hyperlink"/>
                <w:rFonts w:cs="Arial"/>
                <w:noProof/>
              </w:rPr>
              <w:t>The CURATE Rating Threshold</w:t>
            </w:r>
            <w:r>
              <w:rPr>
                <w:noProof/>
                <w:webHidden/>
              </w:rPr>
              <w:tab/>
            </w:r>
            <w:r>
              <w:rPr>
                <w:noProof/>
                <w:webHidden/>
              </w:rPr>
              <w:fldChar w:fldCharType="begin"/>
            </w:r>
            <w:r>
              <w:rPr>
                <w:noProof/>
                <w:webHidden/>
              </w:rPr>
              <w:instrText xml:space="preserve"> PAGEREF _Toc240482789 \h </w:instrText>
            </w:r>
            <w:r>
              <w:rPr>
                <w:noProof/>
                <w:webHidden/>
              </w:rPr>
            </w:r>
            <w:r>
              <w:rPr>
                <w:noProof/>
                <w:webHidden/>
              </w:rPr>
              <w:fldChar w:fldCharType="separate"/>
            </w:r>
            <w:r>
              <w:rPr>
                <w:noProof/>
                <w:webHidden/>
              </w:rPr>
              <w:t>3</w:t>
            </w:r>
            <w:r>
              <w:rPr>
                <w:noProof/>
                <w:webHidden/>
              </w:rPr>
              <w:fldChar w:fldCharType="end"/>
            </w:r>
          </w:hyperlink>
        </w:p>
        <w:p w14:paraId="1A103470" w14:textId="37ED6B0C" w:rsidR="00850744" w:rsidRDefault="00850744">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2790" w:history="1">
            <w:r w:rsidRPr="00CA4AC5">
              <w:rPr>
                <w:rStyle w:val="Hyperlink"/>
                <w:rFonts w:cs="Arial"/>
                <w:noProof/>
              </w:rPr>
              <w:t>FULL REPORT:</w:t>
            </w:r>
            <w:r w:rsidRPr="00CA4AC5">
              <w:rPr>
                <w:rStyle w:val="Hyperlink"/>
                <w:noProof/>
              </w:rPr>
              <w:t xml:space="preserve"> </w:t>
            </w:r>
            <w:r w:rsidRPr="00CA4AC5">
              <w:rPr>
                <w:rStyle w:val="Hyperlink"/>
                <w:rFonts w:cs="Arial"/>
                <w:i/>
                <w:iCs/>
                <w:noProof/>
              </w:rPr>
              <w:t>STEMscopes Math</w:t>
            </w:r>
            <w:r w:rsidRPr="00CA4AC5">
              <w:rPr>
                <w:rStyle w:val="Hyperlink"/>
                <w:rFonts w:cs="Arial"/>
                <w:noProof/>
              </w:rPr>
              <w:t xml:space="preserve"> (Accelerate Learning, 2024)</w:t>
            </w:r>
            <w:r>
              <w:rPr>
                <w:noProof/>
                <w:webHidden/>
              </w:rPr>
              <w:tab/>
            </w:r>
            <w:r>
              <w:rPr>
                <w:noProof/>
                <w:webHidden/>
              </w:rPr>
              <w:fldChar w:fldCharType="begin"/>
            </w:r>
            <w:r>
              <w:rPr>
                <w:noProof/>
                <w:webHidden/>
              </w:rPr>
              <w:instrText xml:space="preserve"> PAGEREF _Toc240482790 \h </w:instrText>
            </w:r>
            <w:r>
              <w:rPr>
                <w:noProof/>
                <w:webHidden/>
              </w:rPr>
            </w:r>
            <w:r>
              <w:rPr>
                <w:noProof/>
                <w:webHidden/>
              </w:rPr>
              <w:fldChar w:fldCharType="separate"/>
            </w:r>
            <w:r>
              <w:rPr>
                <w:noProof/>
                <w:webHidden/>
              </w:rPr>
              <w:t>4</w:t>
            </w:r>
            <w:r>
              <w:rPr>
                <w:noProof/>
                <w:webHidden/>
              </w:rPr>
              <w:fldChar w:fldCharType="end"/>
            </w:r>
          </w:hyperlink>
        </w:p>
        <w:p w14:paraId="7AB8797C" w14:textId="2410B494"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1" w:history="1">
            <w:r w:rsidRPr="00CA4AC5">
              <w:rPr>
                <w:rStyle w:val="Hyperlink"/>
                <w:noProof/>
              </w:rPr>
              <w:t>CURATE Determination</w:t>
            </w:r>
            <w:r>
              <w:rPr>
                <w:noProof/>
                <w:webHidden/>
              </w:rPr>
              <w:tab/>
            </w:r>
            <w:r>
              <w:rPr>
                <w:noProof/>
                <w:webHidden/>
              </w:rPr>
              <w:fldChar w:fldCharType="begin"/>
            </w:r>
            <w:r>
              <w:rPr>
                <w:noProof/>
                <w:webHidden/>
              </w:rPr>
              <w:instrText xml:space="preserve"> PAGEREF _Toc240482791 \h </w:instrText>
            </w:r>
            <w:r>
              <w:rPr>
                <w:noProof/>
                <w:webHidden/>
              </w:rPr>
            </w:r>
            <w:r>
              <w:rPr>
                <w:noProof/>
                <w:webHidden/>
              </w:rPr>
              <w:fldChar w:fldCharType="separate"/>
            </w:r>
            <w:r>
              <w:rPr>
                <w:noProof/>
                <w:webHidden/>
              </w:rPr>
              <w:t>4</w:t>
            </w:r>
            <w:r>
              <w:rPr>
                <w:noProof/>
                <w:webHidden/>
              </w:rPr>
              <w:fldChar w:fldCharType="end"/>
            </w:r>
          </w:hyperlink>
        </w:p>
        <w:p w14:paraId="12199138" w14:textId="1925CACC"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2" w:history="1">
            <w:r w:rsidRPr="00CA4AC5">
              <w:rPr>
                <w:rStyle w:val="Hyperlink"/>
                <w:noProof/>
              </w:rPr>
              <w:t>Key Findings: Standards Alignment and Classroom Application</w:t>
            </w:r>
            <w:r>
              <w:rPr>
                <w:noProof/>
                <w:webHidden/>
              </w:rPr>
              <w:tab/>
            </w:r>
            <w:r>
              <w:rPr>
                <w:noProof/>
                <w:webHidden/>
              </w:rPr>
              <w:fldChar w:fldCharType="begin"/>
            </w:r>
            <w:r>
              <w:rPr>
                <w:noProof/>
                <w:webHidden/>
              </w:rPr>
              <w:instrText xml:space="preserve"> PAGEREF _Toc240482792 \h </w:instrText>
            </w:r>
            <w:r>
              <w:rPr>
                <w:noProof/>
                <w:webHidden/>
              </w:rPr>
            </w:r>
            <w:r>
              <w:rPr>
                <w:noProof/>
                <w:webHidden/>
              </w:rPr>
              <w:fldChar w:fldCharType="separate"/>
            </w:r>
            <w:r>
              <w:rPr>
                <w:noProof/>
                <w:webHidden/>
              </w:rPr>
              <w:t>4</w:t>
            </w:r>
            <w:r>
              <w:rPr>
                <w:noProof/>
                <w:webHidden/>
              </w:rPr>
              <w:fldChar w:fldCharType="end"/>
            </w:r>
          </w:hyperlink>
        </w:p>
        <w:p w14:paraId="79E4DEE4" w14:textId="43485BBF"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3" w:history="1">
            <w:r w:rsidRPr="00CA4AC5">
              <w:rPr>
                <w:rStyle w:val="Hyperlink"/>
                <w:noProof/>
              </w:rPr>
              <w:t>Massachusetts Educator Perspective: A Key Strength</w:t>
            </w:r>
            <w:r>
              <w:rPr>
                <w:noProof/>
                <w:webHidden/>
              </w:rPr>
              <w:tab/>
            </w:r>
            <w:r>
              <w:rPr>
                <w:noProof/>
                <w:webHidden/>
              </w:rPr>
              <w:fldChar w:fldCharType="begin"/>
            </w:r>
            <w:r>
              <w:rPr>
                <w:noProof/>
                <w:webHidden/>
              </w:rPr>
              <w:instrText xml:space="preserve"> PAGEREF _Toc240482793 \h </w:instrText>
            </w:r>
            <w:r>
              <w:rPr>
                <w:noProof/>
                <w:webHidden/>
              </w:rPr>
            </w:r>
            <w:r>
              <w:rPr>
                <w:noProof/>
                <w:webHidden/>
              </w:rPr>
              <w:fldChar w:fldCharType="separate"/>
            </w:r>
            <w:r>
              <w:rPr>
                <w:noProof/>
                <w:webHidden/>
              </w:rPr>
              <w:t>4</w:t>
            </w:r>
            <w:r>
              <w:rPr>
                <w:noProof/>
                <w:webHidden/>
              </w:rPr>
              <w:fldChar w:fldCharType="end"/>
            </w:r>
          </w:hyperlink>
        </w:p>
        <w:p w14:paraId="5C47D0F4" w14:textId="46571C84"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4" w:history="1">
            <w:r w:rsidRPr="00CA4AC5">
              <w:rPr>
                <w:rStyle w:val="Hyperlink"/>
                <w:rFonts w:cs="Arial"/>
                <w:noProof/>
              </w:rPr>
              <w:t>CURATE Ratings At-a-Glance</w:t>
            </w:r>
            <w:r>
              <w:rPr>
                <w:noProof/>
                <w:webHidden/>
              </w:rPr>
              <w:tab/>
            </w:r>
            <w:r>
              <w:rPr>
                <w:noProof/>
                <w:webHidden/>
              </w:rPr>
              <w:fldChar w:fldCharType="begin"/>
            </w:r>
            <w:r>
              <w:rPr>
                <w:noProof/>
                <w:webHidden/>
              </w:rPr>
              <w:instrText xml:space="preserve"> PAGEREF _Toc240482794 \h </w:instrText>
            </w:r>
            <w:r>
              <w:rPr>
                <w:noProof/>
                <w:webHidden/>
              </w:rPr>
            </w:r>
            <w:r>
              <w:rPr>
                <w:noProof/>
                <w:webHidden/>
              </w:rPr>
              <w:fldChar w:fldCharType="separate"/>
            </w:r>
            <w:r>
              <w:rPr>
                <w:noProof/>
                <w:webHidden/>
              </w:rPr>
              <w:t>4</w:t>
            </w:r>
            <w:r>
              <w:rPr>
                <w:noProof/>
                <w:webHidden/>
              </w:rPr>
              <w:fldChar w:fldCharType="end"/>
            </w:r>
          </w:hyperlink>
        </w:p>
        <w:p w14:paraId="4A2811DB" w14:textId="3CF9AB0A"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5" w:history="1">
            <w:r w:rsidRPr="00CA4AC5">
              <w:rPr>
                <w:rStyle w:val="Hyperlink"/>
                <w:rFonts w:cs="Arial"/>
                <w:noProof/>
              </w:rPr>
              <w:t>MA Priorities: Supporting Inclusive and Culturally and Linguistically Sustaining Practices</w:t>
            </w:r>
            <w:r>
              <w:rPr>
                <w:noProof/>
                <w:webHidden/>
              </w:rPr>
              <w:tab/>
            </w:r>
            <w:r>
              <w:rPr>
                <w:noProof/>
                <w:webHidden/>
              </w:rPr>
              <w:fldChar w:fldCharType="begin"/>
            </w:r>
            <w:r>
              <w:rPr>
                <w:noProof/>
                <w:webHidden/>
              </w:rPr>
              <w:instrText xml:space="preserve"> PAGEREF _Toc240482795 \h </w:instrText>
            </w:r>
            <w:r>
              <w:rPr>
                <w:noProof/>
                <w:webHidden/>
              </w:rPr>
            </w:r>
            <w:r>
              <w:rPr>
                <w:noProof/>
                <w:webHidden/>
              </w:rPr>
              <w:fldChar w:fldCharType="separate"/>
            </w:r>
            <w:r>
              <w:rPr>
                <w:noProof/>
                <w:webHidden/>
              </w:rPr>
              <w:t>6</w:t>
            </w:r>
            <w:r>
              <w:rPr>
                <w:noProof/>
                <w:webHidden/>
              </w:rPr>
              <w:fldChar w:fldCharType="end"/>
            </w:r>
          </w:hyperlink>
        </w:p>
        <w:p w14:paraId="7E41EA01" w14:textId="56256A68"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6" w:history="1">
            <w:r w:rsidRPr="00CA4AC5">
              <w:rPr>
                <w:rStyle w:val="Hyperlink"/>
                <w:rFonts w:cs="Arial"/>
                <w:noProof/>
              </w:rPr>
              <w:t>Narrative Strengths and Areas for Growth</w:t>
            </w:r>
            <w:r>
              <w:rPr>
                <w:noProof/>
                <w:webHidden/>
              </w:rPr>
              <w:tab/>
            </w:r>
            <w:r>
              <w:rPr>
                <w:noProof/>
                <w:webHidden/>
              </w:rPr>
              <w:fldChar w:fldCharType="begin"/>
            </w:r>
            <w:r>
              <w:rPr>
                <w:noProof/>
                <w:webHidden/>
              </w:rPr>
              <w:instrText xml:space="preserve"> PAGEREF _Toc240482796 \h </w:instrText>
            </w:r>
            <w:r>
              <w:rPr>
                <w:noProof/>
                <w:webHidden/>
              </w:rPr>
            </w:r>
            <w:r>
              <w:rPr>
                <w:noProof/>
                <w:webHidden/>
              </w:rPr>
              <w:fldChar w:fldCharType="separate"/>
            </w:r>
            <w:r>
              <w:rPr>
                <w:noProof/>
                <w:webHidden/>
              </w:rPr>
              <w:t>8</w:t>
            </w:r>
            <w:r>
              <w:rPr>
                <w:noProof/>
                <w:webHidden/>
              </w:rPr>
              <w:fldChar w:fldCharType="end"/>
            </w:r>
          </w:hyperlink>
        </w:p>
        <w:p w14:paraId="41BB1456" w14:textId="08C58DB5" w:rsidR="00850744" w:rsidRDefault="00850744">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2797" w:history="1">
            <w:r w:rsidRPr="00CA4AC5">
              <w:rPr>
                <w:rStyle w:val="Hyperlink"/>
                <w:rFonts w:cs="Arial"/>
                <w:noProof/>
              </w:rPr>
              <w:t>WHAT THE PUBLISHER SAYS</w:t>
            </w:r>
            <w:r>
              <w:rPr>
                <w:noProof/>
                <w:webHidden/>
              </w:rPr>
              <w:tab/>
            </w:r>
            <w:r>
              <w:rPr>
                <w:noProof/>
                <w:webHidden/>
              </w:rPr>
              <w:fldChar w:fldCharType="begin"/>
            </w:r>
            <w:r>
              <w:rPr>
                <w:noProof/>
                <w:webHidden/>
              </w:rPr>
              <w:instrText xml:space="preserve"> PAGEREF _Toc240482797 \h </w:instrText>
            </w:r>
            <w:r>
              <w:rPr>
                <w:noProof/>
                <w:webHidden/>
              </w:rPr>
            </w:r>
            <w:r>
              <w:rPr>
                <w:noProof/>
                <w:webHidden/>
              </w:rPr>
              <w:fldChar w:fldCharType="separate"/>
            </w:r>
            <w:r>
              <w:rPr>
                <w:noProof/>
                <w:webHidden/>
              </w:rPr>
              <w:t>16</w:t>
            </w:r>
            <w:r>
              <w:rPr>
                <w:noProof/>
                <w:webHidden/>
              </w:rPr>
              <w:fldChar w:fldCharType="end"/>
            </w:r>
          </w:hyperlink>
        </w:p>
        <w:p w14:paraId="4107F757" w14:textId="53DCE508"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8" w:history="1">
            <w:r w:rsidRPr="00CA4AC5">
              <w:rPr>
                <w:rStyle w:val="Hyperlink"/>
                <w:rFonts w:cs="Arial"/>
                <w:noProof/>
              </w:rPr>
              <w:t>Diverse Representation</w:t>
            </w:r>
            <w:r>
              <w:rPr>
                <w:noProof/>
                <w:webHidden/>
              </w:rPr>
              <w:tab/>
            </w:r>
            <w:r>
              <w:rPr>
                <w:noProof/>
                <w:webHidden/>
              </w:rPr>
              <w:fldChar w:fldCharType="begin"/>
            </w:r>
            <w:r>
              <w:rPr>
                <w:noProof/>
                <w:webHidden/>
              </w:rPr>
              <w:instrText xml:space="preserve"> PAGEREF _Toc240482798 \h </w:instrText>
            </w:r>
            <w:r>
              <w:rPr>
                <w:noProof/>
                <w:webHidden/>
              </w:rPr>
            </w:r>
            <w:r>
              <w:rPr>
                <w:noProof/>
                <w:webHidden/>
              </w:rPr>
              <w:fldChar w:fldCharType="separate"/>
            </w:r>
            <w:r>
              <w:rPr>
                <w:noProof/>
                <w:webHidden/>
              </w:rPr>
              <w:t>16</w:t>
            </w:r>
            <w:r>
              <w:rPr>
                <w:noProof/>
                <w:webHidden/>
              </w:rPr>
              <w:fldChar w:fldCharType="end"/>
            </w:r>
          </w:hyperlink>
        </w:p>
        <w:p w14:paraId="69A8A51C" w14:textId="4F8C430A"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799" w:history="1">
            <w:r w:rsidRPr="00CA4AC5">
              <w:rPr>
                <w:rStyle w:val="Hyperlink"/>
                <w:rFonts w:cs="Arial"/>
                <w:noProof/>
              </w:rPr>
              <w:t>Professional Learning</w:t>
            </w:r>
            <w:r>
              <w:rPr>
                <w:noProof/>
                <w:webHidden/>
              </w:rPr>
              <w:tab/>
            </w:r>
            <w:r>
              <w:rPr>
                <w:noProof/>
                <w:webHidden/>
              </w:rPr>
              <w:fldChar w:fldCharType="begin"/>
            </w:r>
            <w:r>
              <w:rPr>
                <w:noProof/>
                <w:webHidden/>
              </w:rPr>
              <w:instrText xml:space="preserve"> PAGEREF _Toc240482799 \h </w:instrText>
            </w:r>
            <w:r>
              <w:rPr>
                <w:noProof/>
                <w:webHidden/>
              </w:rPr>
            </w:r>
            <w:r>
              <w:rPr>
                <w:noProof/>
                <w:webHidden/>
              </w:rPr>
              <w:fldChar w:fldCharType="separate"/>
            </w:r>
            <w:r>
              <w:rPr>
                <w:noProof/>
                <w:webHidden/>
              </w:rPr>
              <w:t>16</w:t>
            </w:r>
            <w:r>
              <w:rPr>
                <w:noProof/>
                <w:webHidden/>
              </w:rPr>
              <w:fldChar w:fldCharType="end"/>
            </w:r>
          </w:hyperlink>
        </w:p>
        <w:p w14:paraId="05D32194" w14:textId="0F5F6C6D"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800" w:history="1">
            <w:r w:rsidRPr="00CA4AC5">
              <w:rPr>
                <w:rStyle w:val="Hyperlink"/>
                <w:rFonts w:cs="Arial"/>
                <w:noProof/>
              </w:rPr>
              <w:t>Product Specifications</w:t>
            </w:r>
            <w:r>
              <w:rPr>
                <w:noProof/>
                <w:webHidden/>
              </w:rPr>
              <w:tab/>
            </w:r>
            <w:r>
              <w:rPr>
                <w:noProof/>
                <w:webHidden/>
              </w:rPr>
              <w:fldChar w:fldCharType="begin"/>
            </w:r>
            <w:r>
              <w:rPr>
                <w:noProof/>
                <w:webHidden/>
              </w:rPr>
              <w:instrText xml:space="preserve"> PAGEREF _Toc240482800 \h </w:instrText>
            </w:r>
            <w:r>
              <w:rPr>
                <w:noProof/>
                <w:webHidden/>
              </w:rPr>
            </w:r>
            <w:r>
              <w:rPr>
                <w:noProof/>
                <w:webHidden/>
              </w:rPr>
              <w:fldChar w:fldCharType="separate"/>
            </w:r>
            <w:r>
              <w:rPr>
                <w:noProof/>
                <w:webHidden/>
              </w:rPr>
              <w:t>17</w:t>
            </w:r>
            <w:r>
              <w:rPr>
                <w:noProof/>
                <w:webHidden/>
              </w:rPr>
              <w:fldChar w:fldCharType="end"/>
            </w:r>
          </w:hyperlink>
        </w:p>
        <w:p w14:paraId="0FBBEEA7" w14:textId="5E48E82C"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801" w:history="1">
            <w:r w:rsidRPr="00CA4AC5">
              <w:rPr>
                <w:rStyle w:val="Hyperlink"/>
                <w:rFonts w:cs="Arial"/>
                <w:noProof/>
              </w:rPr>
              <w:t>Response to the Report</w:t>
            </w:r>
            <w:r>
              <w:rPr>
                <w:noProof/>
                <w:webHidden/>
              </w:rPr>
              <w:tab/>
            </w:r>
            <w:r>
              <w:rPr>
                <w:noProof/>
                <w:webHidden/>
              </w:rPr>
              <w:fldChar w:fldCharType="begin"/>
            </w:r>
            <w:r>
              <w:rPr>
                <w:noProof/>
                <w:webHidden/>
              </w:rPr>
              <w:instrText xml:space="preserve"> PAGEREF _Toc240482801 \h </w:instrText>
            </w:r>
            <w:r>
              <w:rPr>
                <w:noProof/>
                <w:webHidden/>
              </w:rPr>
            </w:r>
            <w:r>
              <w:rPr>
                <w:noProof/>
                <w:webHidden/>
              </w:rPr>
              <w:fldChar w:fldCharType="separate"/>
            </w:r>
            <w:r>
              <w:rPr>
                <w:noProof/>
                <w:webHidden/>
              </w:rPr>
              <w:t>19</w:t>
            </w:r>
            <w:r>
              <w:rPr>
                <w:noProof/>
                <w:webHidden/>
              </w:rPr>
              <w:fldChar w:fldCharType="end"/>
            </w:r>
          </w:hyperlink>
        </w:p>
        <w:p w14:paraId="37BF45E0" w14:textId="4B906B63" w:rsidR="00850744" w:rsidRDefault="00850744">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2802" w:history="1">
            <w:r w:rsidRPr="00CA4AC5">
              <w:rPr>
                <w:rStyle w:val="Hyperlink"/>
                <w:rFonts w:cs="Arial"/>
                <w:noProof/>
              </w:rPr>
              <w:t xml:space="preserve">CURATE </w:t>
            </w:r>
            <w:r w:rsidRPr="00CA4AC5">
              <w:rPr>
                <w:rStyle w:val="Hyperlink"/>
                <w:rFonts w:cs="Arial"/>
                <w:smallCaps/>
                <w:noProof/>
              </w:rPr>
              <w:t>REVIEW NOTES</w:t>
            </w:r>
            <w:r>
              <w:rPr>
                <w:noProof/>
                <w:webHidden/>
              </w:rPr>
              <w:tab/>
            </w:r>
            <w:r>
              <w:rPr>
                <w:noProof/>
                <w:webHidden/>
              </w:rPr>
              <w:fldChar w:fldCharType="begin"/>
            </w:r>
            <w:r>
              <w:rPr>
                <w:noProof/>
                <w:webHidden/>
              </w:rPr>
              <w:instrText xml:space="preserve"> PAGEREF _Toc240482802 \h </w:instrText>
            </w:r>
            <w:r>
              <w:rPr>
                <w:noProof/>
                <w:webHidden/>
              </w:rPr>
            </w:r>
            <w:r>
              <w:rPr>
                <w:noProof/>
                <w:webHidden/>
              </w:rPr>
              <w:fldChar w:fldCharType="separate"/>
            </w:r>
            <w:r>
              <w:rPr>
                <w:noProof/>
                <w:webHidden/>
              </w:rPr>
              <w:t>20</w:t>
            </w:r>
            <w:r>
              <w:rPr>
                <w:noProof/>
                <w:webHidden/>
              </w:rPr>
              <w:fldChar w:fldCharType="end"/>
            </w:r>
          </w:hyperlink>
        </w:p>
        <w:p w14:paraId="3FE8679C" w14:textId="57CE0F8F" w:rsidR="00850744" w:rsidRDefault="00850744">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2803" w:history="1">
            <w:r w:rsidRPr="00CA4AC5">
              <w:rPr>
                <w:rStyle w:val="Hyperlink"/>
                <w:rFonts w:cs="Arial"/>
                <w:noProof/>
              </w:rPr>
              <w:t>APPENDIX</w:t>
            </w:r>
            <w:r>
              <w:rPr>
                <w:noProof/>
                <w:webHidden/>
              </w:rPr>
              <w:tab/>
            </w:r>
            <w:r>
              <w:rPr>
                <w:noProof/>
                <w:webHidden/>
              </w:rPr>
              <w:fldChar w:fldCharType="begin"/>
            </w:r>
            <w:r>
              <w:rPr>
                <w:noProof/>
                <w:webHidden/>
              </w:rPr>
              <w:instrText xml:space="preserve"> PAGEREF _Toc240482803 \h </w:instrText>
            </w:r>
            <w:r>
              <w:rPr>
                <w:noProof/>
                <w:webHidden/>
              </w:rPr>
            </w:r>
            <w:r>
              <w:rPr>
                <w:noProof/>
                <w:webHidden/>
              </w:rPr>
              <w:fldChar w:fldCharType="separate"/>
            </w:r>
            <w:r>
              <w:rPr>
                <w:noProof/>
                <w:webHidden/>
              </w:rPr>
              <w:t>21</w:t>
            </w:r>
            <w:r>
              <w:rPr>
                <w:noProof/>
                <w:webHidden/>
              </w:rPr>
              <w:fldChar w:fldCharType="end"/>
            </w:r>
          </w:hyperlink>
        </w:p>
        <w:p w14:paraId="51DB9F37" w14:textId="52F1076E"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804" w:history="1">
            <w:r w:rsidRPr="00CA4AC5">
              <w:rPr>
                <w:rStyle w:val="Hyperlink"/>
                <w:rFonts w:cs="Arial"/>
                <w:noProof/>
              </w:rPr>
              <w:t>Appendix A: Understanding CURATE Reviews and Reports</w:t>
            </w:r>
            <w:r>
              <w:rPr>
                <w:noProof/>
                <w:webHidden/>
              </w:rPr>
              <w:tab/>
            </w:r>
            <w:r>
              <w:rPr>
                <w:noProof/>
                <w:webHidden/>
              </w:rPr>
              <w:fldChar w:fldCharType="begin"/>
            </w:r>
            <w:r>
              <w:rPr>
                <w:noProof/>
                <w:webHidden/>
              </w:rPr>
              <w:instrText xml:space="preserve"> PAGEREF _Toc240482804 \h </w:instrText>
            </w:r>
            <w:r>
              <w:rPr>
                <w:noProof/>
                <w:webHidden/>
              </w:rPr>
            </w:r>
            <w:r>
              <w:rPr>
                <w:noProof/>
                <w:webHidden/>
              </w:rPr>
              <w:fldChar w:fldCharType="separate"/>
            </w:r>
            <w:r>
              <w:rPr>
                <w:noProof/>
                <w:webHidden/>
              </w:rPr>
              <w:t>21</w:t>
            </w:r>
            <w:r>
              <w:rPr>
                <w:noProof/>
                <w:webHidden/>
              </w:rPr>
              <w:fldChar w:fldCharType="end"/>
            </w:r>
          </w:hyperlink>
        </w:p>
        <w:p w14:paraId="7177EF1F" w14:textId="1A312644" w:rsidR="00850744" w:rsidRDefault="00850744">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2805" w:history="1">
            <w:r w:rsidRPr="00CA4AC5">
              <w:rPr>
                <w:rStyle w:val="Hyperlink"/>
                <w:rFonts w:eastAsia="Aptos" w:cs="Arial"/>
                <w:noProof/>
              </w:rPr>
              <w:t>Appendix B: From Evaluation to Implementation</w:t>
            </w:r>
            <w:r>
              <w:rPr>
                <w:noProof/>
                <w:webHidden/>
              </w:rPr>
              <w:tab/>
            </w:r>
            <w:r>
              <w:rPr>
                <w:noProof/>
                <w:webHidden/>
              </w:rPr>
              <w:fldChar w:fldCharType="begin"/>
            </w:r>
            <w:r>
              <w:rPr>
                <w:noProof/>
                <w:webHidden/>
              </w:rPr>
              <w:instrText xml:space="preserve"> PAGEREF _Toc240482805 \h </w:instrText>
            </w:r>
            <w:r>
              <w:rPr>
                <w:noProof/>
                <w:webHidden/>
              </w:rPr>
            </w:r>
            <w:r>
              <w:rPr>
                <w:noProof/>
                <w:webHidden/>
              </w:rPr>
              <w:fldChar w:fldCharType="separate"/>
            </w:r>
            <w:r>
              <w:rPr>
                <w:noProof/>
                <w:webHidden/>
              </w:rPr>
              <w:t>23</w:t>
            </w:r>
            <w:r>
              <w:rPr>
                <w:noProof/>
                <w:webHidden/>
              </w:rPr>
              <w:fldChar w:fldCharType="end"/>
            </w:r>
          </w:hyperlink>
        </w:p>
        <w:p w14:paraId="5409048A" w14:textId="211D78EA" w:rsidR="003D7D27" w:rsidRDefault="003D7D27" w:rsidP="34380F11">
          <w:pPr>
            <w:pStyle w:val="TOC3"/>
            <w:tabs>
              <w:tab w:val="right" w:leader="dot" w:pos="10200"/>
            </w:tabs>
            <w:rPr>
              <w:rStyle w:val="Hyperlink"/>
            </w:rPr>
          </w:pPr>
          <w:r>
            <w:fldChar w:fldCharType="end"/>
          </w:r>
        </w:p>
      </w:sdtContent>
    </w:sdt>
    <w:p w14:paraId="421EF790" w14:textId="3C721791" w:rsidR="003D7D27" w:rsidRPr="00393352" w:rsidRDefault="003D7D27" w:rsidP="00393352">
      <w:pPr>
        <w:pStyle w:val="Heading2"/>
        <w:shd w:val="clear" w:color="auto" w:fill="1F497D" w:themeFill="text2"/>
        <w:rPr>
          <w:rFonts w:eastAsia="Aptos"/>
          <w:color w:val="FFFFFF" w:themeColor="background1"/>
          <w:sz w:val="56"/>
          <w:szCs w:val="56"/>
        </w:rPr>
      </w:pPr>
      <w:bookmarkStart w:id="0" w:name="_Toc239857160"/>
      <w:bookmarkStart w:id="1" w:name="_Toc239857895"/>
      <w:bookmarkStart w:id="2" w:name="_Toc239858134"/>
      <w:bookmarkStart w:id="3" w:name="_Toc240482787"/>
      <w:r w:rsidRPr="00393352">
        <w:rPr>
          <w:color w:val="FFFFFF" w:themeColor="background1"/>
          <w:sz w:val="56"/>
          <w:szCs w:val="56"/>
        </w:rPr>
        <w:lastRenderedPageBreak/>
        <w:t>HELLO AND WELCOME TO A CURATE REPORT!</w:t>
      </w:r>
      <w:bookmarkEnd w:id="0"/>
      <w:bookmarkEnd w:id="1"/>
      <w:bookmarkEnd w:id="2"/>
      <w:bookmarkEnd w:id="3"/>
    </w:p>
    <w:p w14:paraId="44CFEA0F" w14:textId="01A073BD" w:rsidR="3989ACD3" w:rsidRPr="00F121B8" w:rsidRDefault="5B8EC06E" w:rsidP="34380F11">
      <w:pPr>
        <w:rPr>
          <w:rFonts w:eastAsia="Aptos" w:cs="Arial"/>
        </w:rPr>
      </w:pPr>
      <w:r w:rsidRPr="34380F11">
        <w:rPr>
          <w:rFonts w:eastAsia="Aptos" w:cs="Arial"/>
        </w:rPr>
        <w:t xml:space="preserve">Through the </w:t>
      </w:r>
      <w:proofErr w:type="spellStart"/>
      <w:r w:rsidR="3989ACD3" w:rsidRPr="34380F11">
        <w:rPr>
          <w:rFonts w:eastAsia="Aptos" w:cs="Arial"/>
          <w:b/>
          <w:bCs/>
        </w:rPr>
        <w:t>CUrriculum</w:t>
      </w:r>
      <w:proofErr w:type="spellEnd"/>
      <w:r w:rsidR="3989ACD3" w:rsidRPr="34380F11">
        <w:rPr>
          <w:rFonts w:eastAsia="Aptos" w:cs="Arial"/>
          <w:b/>
          <w:bCs/>
        </w:rPr>
        <w:t xml:space="preserve"> </w:t>
      </w:r>
      <w:proofErr w:type="spellStart"/>
      <w:r w:rsidR="3989ACD3" w:rsidRPr="34380F11">
        <w:rPr>
          <w:rFonts w:eastAsia="Aptos" w:cs="Arial"/>
          <w:b/>
          <w:bCs/>
        </w:rPr>
        <w:t>RAtings</w:t>
      </w:r>
      <w:proofErr w:type="spellEnd"/>
      <w:r w:rsidR="3989ACD3" w:rsidRPr="34380F11">
        <w:rPr>
          <w:rFonts w:eastAsia="Aptos" w:cs="Arial"/>
          <w:b/>
          <w:bCs/>
        </w:rPr>
        <w:t xml:space="preserve"> by </w:t>
      </w:r>
      <w:proofErr w:type="spellStart"/>
      <w:r w:rsidR="3989ACD3" w:rsidRPr="34380F11">
        <w:rPr>
          <w:rFonts w:eastAsia="Aptos" w:cs="Arial"/>
          <w:b/>
          <w:bCs/>
        </w:rPr>
        <w:t>TEachers</w:t>
      </w:r>
      <w:proofErr w:type="spellEnd"/>
      <w:r w:rsidR="3989ACD3" w:rsidRPr="34380F11">
        <w:rPr>
          <w:rFonts w:eastAsia="Aptos" w:cs="Arial"/>
          <w:b/>
          <w:bCs/>
        </w:rPr>
        <w:t xml:space="preserve"> (CURATE)</w:t>
      </w:r>
      <w:r w:rsidR="3989ACD3" w:rsidRPr="34380F11">
        <w:rPr>
          <w:rFonts w:eastAsia="Aptos" w:cs="Arial"/>
        </w:rPr>
        <w:t> project</w:t>
      </w:r>
      <w:r w:rsidR="759D8E44" w:rsidRPr="34380F11">
        <w:rPr>
          <w:rFonts w:eastAsia="Aptos" w:cs="Arial"/>
        </w:rPr>
        <w:t xml:space="preserve">, </w:t>
      </w:r>
      <w:r w:rsidR="0286B660" w:rsidRPr="34380F11">
        <w:rPr>
          <w:rFonts w:eastAsia="Aptos" w:cs="Arial"/>
        </w:rPr>
        <w:t xml:space="preserve">DESE supports equitable access to </w:t>
      </w:r>
      <w:r w:rsidR="38EC688E" w:rsidRPr="34380F11">
        <w:rPr>
          <w:rFonts w:eastAsia="Aptos" w:cs="Arial"/>
        </w:rPr>
        <w:t xml:space="preserve">standards-aligned, </w:t>
      </w:r>
      <w:r w:rsidR="0286B660" w:rsidRPr="34380F11">
        <w:rPr>
          <w:rFonts w:eastAsia="Aptos" w:cs="Arial"/>
        </w:rPr>
        <w:t>high-quality</w:t>
      </w:r>
      <w:r w:rsidR="594E9EE6" w:rsidRPr="34380F11">
        <w:rPr>
          <w:rFonts w:eastAsia="Aptos" w:cs="Arial"/>
        </w:rPr>
        <w:t xml:space="preserve"> instructional</w:t>
      </w:r>
      <w:r w:rsidR="0286B660" w:rsidRPr="34380F11">
        <w:rPr>
          <w:rFonts w:eastAsia="Aptos" w:cs="Arial"/>
        </w:rPr>
        <w:t xml:space="preserve"> materials by providing trustworthy information </w:t>
      </w:r>
      <w:r w:rsidR="007D4FF4" w:rsidRPr="34380F11">
        <w:rPr>
          <w:rFonts w:eastAsia="Aptos" w:cs="Arial"/>
        </w:rPr>
        <w:t xml:space="preserve">in user-friendly reports </w:t>
      </w:r>
      <w:r w:rsidR="0286B660" w:rsidRPr="34380F11">
        <w:rPr>
          <w:rFonts w:eastAsia="Aptos" w:cs="Arial"/>
        </w:rPr>
        <w:t xml:space="preserve">to inform local curriculum decisions. </w:t>
      </w:r>
      <w:r w:rsidR="3989ACD3" w:rsidRPr="34380F11">
        <w:rPr>
          <w:rFonts w:eastAsia="Aptos" w:cs="Arial"/>
        </w:rPr>
        <w:t> </w:t>
      </w:r>
    </w:p>
    <w:p w14:paraId="1C9E90D1" w14:textId="6B6CA465" w:rsidR="00E23445" w:rsidRPr="00F121B8" w:rsidRDefault="061FF44A" w:rsidP="00193C67">
      <w:pPr>
        <w:rPr>
          <w:rFonts w:eastAsia="Aptos" w:cs="Arial"/>
        </w:rPr>
      </w:pPr>
      <w:r w:rsidRPr="00F121B8">
        <w:rPr>
          <w:rFonts w:eastAsia="Aptos" w:cs="Arial"/>
        </w:rPr>
        <w:t>CURATE is part of the Department</w:t>
      </w:r>
      <w:r w:rsidR="007D4FF4">
        <w:rPr>
          <w:rFonts w:eastAsia="Aptos" w:cs="Arial"/>
        </w:rPr>
        <w:t>’</w:t>
      </w:r>
      <w:r w:rsidRPr="00F121B8">
        <w:rPr>
          <w:rFonts w:eastAsia="Aptos" w:cs="Arial"/>
        </w:rPr>
        <w:t xml:space="preserve">s Curriculum Matters: </w:t>
      </w:r>
      <w:proofErr w:type="spellStart"/>
      <w:r w:rsidRPr="00F121B8">
        <w:rPr>
          <w:rFonts w:eastAsia="Aptos" w:cs="Arial"/>
        </w:rPr>
        <w:t>IMplement</w:t>
      </w:r>
      <w:proofErr w:type="spellEnd"/>
      <w:r w:rsidRPr="00F121B8">
        <w:rPr>
          <w:rFonts w:eastAsia="Aptos" w:cs="Arial"/>
        </w:rPr>
        <w:t xml:space="preserve"> MA initiative, grounded in this theory of action: </w:t>
      </w:r>
      <w:r w:rsidR="007D0B9A" w:rsidRPr="00F121B8">
        <w:rPr>
          <w:rFonts w:eastAsia="Aptos" w:cs="Arial"/>
        </w:rPr>
        <w:t> </w:t>
      </w:r>
    </w:p>
    <w:p w14:paraId="3AC39FD9" w14:textId="77777777" w:rsidR="00E23445" w:rsidRPr="00DF388D" w:rsidRDefault="008337A3" w:rsidP="00393352">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If</w:t>
      </w:r>
      <w:r w:rsidRPr="00DF388D">
        <w:rPr>
          <w:rFonts w:cs="Arial"/>
          <w:b/>
          <w:sz w:val="22"/>
          <w:szCs w:val="24"/>
        </w:rPr>
        <w:t> </w:t>
      </w:r>
      <w:r w:rsidRPr="00DF388D">
        <w:rPr>
          <w:rFonts w:cs="Arial"/>
          <w:sz w:val="22"/>
          <w:szCs w:val="24"/>
        </w:rPr>
        <w:t>educators have the information, tools, and support they need to access, evaluate, and adopt high-quality, standards-aligned, culturally responsive curricular materials  </w:t>
      </w:r>
    </w:p>
    <w:p w14:paraId="7DD822A4" w14:textId="77777777" w:rsidR="00E23445" w:rsidRPr="00DF388D" w:rsidRDefault="008337A3" w:rsidP="00393352">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and if</w:t>
      </w:r>
      <w:r w:rsidRPr="00DF388D">
        <w:rPr>
          <w:rFonts w:cs="Arial"/>
          <w:sz w:val="22"/>
          <w:szCs w:val="24"/>
        </w:rPr>
        <w:t> sustainable and collaborative professional learning structures help in-service and pre-service teachers understand and use those materials to orchestrate student learning experiences skillfully  </w:t>
      </w:r>
    </w:p>
    <w:p w14:paraId="67B5F379" w14:textId="77777777" w:rsidR="00E23445" w:rsidRPr="00DF388D" w:rsidRDefault="008337A3" w:rsidP="00393352">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rPr>
        <w:t>then</w:t>
      </w:r>
      <w:r w:rsidRPr="00DF388D">
        <w:rPr>
          <w:rFonts w:cs="Arial"/>
          <w:b/>
          <w:sz w:val="22"/>
        </w:rPr>
        <w:t> </w:t>
      </w:r>
      <w:r w:rsidRPr="00DF388D">
        <w:rPr>
          <w:rFonts w:cs="Arial"/>
          <w:sz w:val="22"/>
        </w:rPr>
        <w:t>teacher and student experiences, and ultimately student outcomes, will improve.  </w:t>
      </w:r>
    </w:p>
    <w:p w14:paraId="2983B042" w14:textId="3DB45A04" w:rsidR="414A5901" w:rsidRPr="00F121B8" w:rsidRDefault="414A5901" w:rsidP="00850744">
      <w:pPr>
        <w:spacing w:before="120"/>
        <w:jc w:val="both"/>
        <w:rPr>
          <w:rFonts w:eastAsia="Aptos" w:cs="Arial"/>
        </w:rPr>
      </w:pPr>
      <w:r w:rsidRPr="00F121B8">
        <w:rPr>
          <w:rFonts w:eastAsia="Aptos" w:cs="Arial"/>
        </w:rPr>
        <w:t xml:space="preserve">CURATE supports this work by convening panels of Massachusetts educators to conduct rigorous, evidence-based reviews of comprehensive core instructional materials. Using content-specific CURATE rubrics and a shared, structured review process, panelists collect and interpret representative evidence, calibrate their application of the rubric, and deliberate on the evidence to reach consensus ratings about curriculum alignment and quality to Massachusetts standards. Findings are documented in reports that support informed local curriculum decisions. </w:t>
      </w:r>
    </w:p>
    <w:p w14:paraId="29EFA540" w14:textId="6F236853" w:rsidR="414A5901" w:rsidRPr="00F121B8" w:rsidRDefault="414A5901" w:rsidP="00850744">
      <w:pPr>
        <w:jc w:val="both"/>
        <w:rPr>
          <w:rFonts w:eastAsia="Aptos" w:cs="Arial"/>
        </w:rPr>
      </w:pPr>
      <w:r w:rsidRPr="00F121B8">
        <w:rPr>
          <w:rFonts w:eastAsia="Aptos" w:cs="Arial"/>
        </w:rPr>
        <w:t>CURATE reports are intended to inform—not replace—local decision-making. They provide an independent, educator-developed analysis of curriculum strengths and areas for growth to support districts as they investigate, select, adopt, and implement instructional materials that best meet their local priorities, community context, and student needs. </w:t>
      </w:r>
    </w:p>
    <w:p w14:paraId="68094D6D" w14:textId="4C20ED12" w:rsidR="00E23445" w:rsidRPr="00F121B8" w:rsidRDefault="414A5901" w:rsidP="00850744">
      <w:pPr>
        <w:jc w:val="both"/>
        <w:rPr>
          <w:rFonts w:eastAsia="Aptos" w:cs="Arial"/>
        </w:rPr>
      </w:pPr>
      <w:r w:rsidRPr="00F121B8">
        <w:rPr>
          <w:rFonts w:eastAsia="Aptos" w:cs="Arial"/>
        </w:rPr>
        <w:t>Curriculum quality encompasses more than standards alignment. In Massachusetts, high-quality instructional materials support rigorous, grade-level learning through coherent learning progressions, meaningful disciplinary practices, accessible instructional design, and culturally and linguistically sustaining learning experiences. They also provide teachers with the guidance and resources that support high-quality Tier 1 instruction. </w:t>
      </w:r>
    </w:p>
    <w:p w14:paraId="44522E2B" w14:textId="75241C2A" w:rsidR="5413304E" w:rsidRPr="00F121B8" w:rsidRDefault="5413304E" w:rsidP="00850744">
      <w:pPr>
        <w:jc w:val="both"/>
        <w:rPr>
          <w:rFonts w:eastAsia="Aptos" w:cs="Arial"/>
        </w:rPr>
      </w:pPr>
      <w:r w:rsidRPr="00F121B8">
        <w:rPr>
          <w:rFonts w:eastAsia="Aptos" w:cs="Arial"/>
        </w:rPr>
        <w:t xml:space="preserve">CURATE criterion ratings provide evidence about specific strengths and areas for growth within curricular materials. A </w:t>
      </w:r>
      <w:r w:rsidRPr="00F121B8">
        <w:rPr>
          <w:rFonts w:eastAsia="Aptos" w:cs="Arial"/>
          <w:i/>
        </w:rPr>
        <w:t>Meets Expectations</w:t>
      </w:r>
      <w:r w:rsidRPr="00F121B8">
        <w:rPr>
          <w:rFonts w:eastAsia="Aptos" w:cs="Arial"/>
        </w:rPr>
        <w:t xml:space="preserve"> rating on an individual criterion does not mean that a curriculum is “perfect” or necessarily the right fit for every local context. Districts should interpret CURATE findings alongside local priorities, implementation capacity, professional learning needs, and student assets and needs. In particular, </w:t>
      </w:r>
      <w:r w:rsidRPr="00F121B8">
        <w:rPr>
          <w:rFonts w:eastAsia="Aptos" w:cs="Arial"/>
          <w:i/>
        </w:rPr>
        <w:t>Partially Meets Expectations</w:t>
      </w:r>
      <w:r w:rsidRPr="00F121B8">
        <w:rPr>
          <w:rFonts w:eastAsia="Aptos" w:cs="Arial"/>
        </w:rPr>
        <w:t xml:space="preserve"> ratings identify criteria where substantive adaptation or supplementation is needed to serve students well and support successful local implementation.</w:t>
      </w:r>
    </w:p>
    <w:p w14:paraId="6654AB6B" w14:textId="6A8833BD" w:rsidR="00E23445" w:rsidRPr="00F121B8" w:rsidRDefault="008337A3" w:rsidP="00774486">
      <w:pPr>
        <w:pStyle w:val="Heading3"/>
        <w:rPr>
          <w:rFonts w:cs="Arial"/>
        </w:rPr>
      </w:pPr>
      <w:bookmarkStart w:id="4" w:name="_Toc240482788"/>
      <w:r w:rsidRPr="34380F11">
        <w:rPr>
          <w:rFonts w:cs="Arial"/>
        </w:rPr>
        <w:lastRenderedPageBreak/>
        <w:t>Definitions of Ratings</w:t>
      </w:r>
      <w:bookmarkEnd w:id="4"/>
    </w:p>
    <w:p w14:paraId="42021D14" w14:textId="5742419F" w:rsidR="00952EFD" w:rsidRPr="00F121B8" w:rsidRDefault="00952EFD" w:rsidP="00850744">
      <w:pPr>
        <w:jc w:val="both"/>
        <w:rPr>
          <w:rFonts w:cs="Arial"/>
          <w:b/>
          <w:bCs/>
        </w:rPr>
      </w:pPr>
      <w:r>
        <w:rPr>
          <w:noProof/>
        </w:rPr>
        <w:drawing>
          <wp:inline distT="0" distB="0" distL="0" distR="0" wp14:anchorId="4EA50769" wp14:editId="174F784B">
            <wp:extent cx="161925" cy="161925"/>
            <wp:effectExtent l="0" t="0" r="9525" b="9525"/>
            <wp:docPr id="1908138442"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Pr="22B3B555">
        <w:rPr>
          <w:rFonts w:cs="Arial"/>
          <w:b/>
          <w:bCs/>
        </w:rPr>
        <w:t xml:space="preserve"> Meets Expectations.</w:t>
      </w:r>
      <w:r w:rsidRPr="22B3B555">
        <w:rPr>
          <w:rFonts w:cs="Arial"/>
        </w:rPr>
        <w:t xml:space="preserve"> Strong, </w:t>
      </w:r>
      <w:r w:rsidR="1F803363" w:rsidRPr="22B3B555">
        <w:rPr>
          <w:rFonts w:cs="Arial"/>
        </w:rPr>
        <w:t>consistent</w:t>
      </w:r>
      <w:r w:rsidRPr="22B3B555">
        <w:rPr>
          <w:rFonts w:cs="Arial"/>
        </w:rPr>
        <w:t xml:space="preserve"> evidence of quality.</w:t>
      </w:r>
      <w:r w:rsidRPr="22B3B555">
        <w:rPr>
          <w:rFonts w:cs="Arial"/>
          <w:b/>
          <w:bCs/>
        </w:rPr>
        <w:t xml:space="preserve"> </w:t>
      </w:r>
      <w:r w:rsidRPr="22B3B555">
        <w:rPr>
          <w:rFonts w:cs="Arial"/>
        </w:rPr>
        <w:t>Most or all evidence indicates high quality; little to none indicates low quality. Materials may not be perfect, but Massachusetts teachers and students would be well served and strongly supported by them.</w:t>
      </w:r>
    </w:p>
    <w:p w14:paraId="66226E04" w14:textId="77777777" w:rsidR="00952EFD" w:rsidRPr="00F121B8" w:rsidRDefault="00952EFD" w:rsidP="00850744">
      <w:pPr>
        <w:jc w:val="both"/>
        <w:rPr>
          <w:rFonts w:cs="Arial"/>
          <w:szCs w:val="24"/>
        </w:rPr>
      </w:pPr>
      <w:r w:rsidRPr="00F121B8">
        <w:rPr>
          <w:rFonts w:cs="Arial"/>
          <w:noProof/>
        </w:rPr>
        <w:drawing>
          <wp:inline distT="0" distB="0" distL="0" distR="0" wp14:anchorId="02CEE572" wp14:editId="0C0D582D">
            <wp:extent cx="165100" cy="165100"/>
            <wp:effectExtent l="0" t="0" r="6350" b="6350"/>
            <wp:docPr id="1949928944"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Partially Meets Expectations. </w:t>
      </w:r>
      <w:r w:rsidRPr="00F121B8">
        <w:rPr>
          <w:rFonts w:cs="Arial"/>
          <w:szCs w:val="24"/>
        </w:rPr>
        <w:t>Mixed evidence.</w:t>
      </w:r>
      <w:r w:rsidRPr="00F121B8">
        <w:rPr>
          <w:rFonts w:cs="Arial"/>
          <w:b/>
          <w:szCs w:val="24"/>
        </w:rPr>
        <w:t xml:space="preserve"> </w:t>
      </w:r>
      <w:r w:rsidRPr="00F121B8">
        <w:rPr>
          <w:rFonts w:cs="Arial"/>
          <w:szCs w:val="24"/>
        </w:rPr>
        <w:t xml:space="preserve">Some evidence indicates high quality, while some indicates low quality. Teachers in Massachusetts would benefit from having these materials but need to supplement or adapt them substantively to serve their students well. </w:t>
      </w:r>
    </w:p>
    <w:p w14:paraId="51E382EB" w14:textId="77777777" w:rsidR="00952EFD" w:rsidRPr="00F121B8" w:rsidRDefault="00952EFD" w:rsidP="00850744">
      <w:pPr>
        <w:jc w:val="both"/>
        <w:rPr>
          <w:rFonts w:cs="Arial"/>
          <w:szCs w:val="24"/>
        </w:rPr>
      </w:pPr>
      <w:r w:rsidRPr="00F121B8">
        <w:rPr>
          <w:rFonts w:cs="Arial"/>
          <w:noProof/>
        </w:rPr>
        <w:drawing>
          <wp:inline distT="0" distB="0" distL="0" distR="0" wp14:anchorId="2E86F943" wp14:editId="6002D4A4">
            <wp:extent cx="165100" cy="165100"/>
            <wp:effectExtent l="0" t="0" r="6350" b="6350"/>
            <wp:docPr id="899865422" name="Picture 8" descr="Does Not Meet Expectations. Circular progress meter one-third filled in dark red, with the remainder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65422" name="Picture 8" descr="Does Not Meet Expectations. Circular progress meter one-third filled in dark red, with the remainder in light gray and a white cen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Does Not Meet Expectations. </w:t>
      </w:r>
      <w:r w:rsidRPr="00F121B8">
        <w:rPr>
          <w:rFonts w:cs="Arial"/>
          <w:szCs w:val="24"/>
        </w:rPr>
        <w:t>Little to no evidence indicates high quality; most or all evidence indicates low quality. Materials would not substantively help Massachusetts teachers and students meet the state’s expectations for teaching and learning.</w:t>
      </w:r>
    </w:p>
    <w:p w14:paraId="202247B1" w14:textId="4AC934E2" w:rsidR="00952EFD" w:rsidRPr="00F121B8" w:rsidRDefault="00952EFD" w:rsidP="00850744">
      <w:pPr>
        <w:jc w:val="both"/>
        <w:rPr>
          <w:rFonts w:cs="Arial"/>
        </w:rPr>
      </w:pPr>
      <w:r>
        <w:rPr>
          <w:noProof/>
        </w:rPr>
        <w:drawing>
          <wp:inline distT="0" distB="0" distL="0" distR="0" wp14:anchorId="4D3BE92F" wp14:editId="34479442">
            <wp:extent cx="171450" cy="171450"/>
            <wp:effectExtent l="0" t="0" r="0" b="0"/>
            <wp:docPr id="785390045" name="Picture 7" descr="Not Applicable. Solid gray circular ring or incomplete progress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90045" name="Picture 7" descr="Not Applicable. Solid gray circular ring or incomplete progress icon with a white center."/>
                    <pic:cNvPicPr/>
                  </pic:nvPicPr>
                  <pic:blipFill>
                    <a:blip r:embed="rId1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Applicable (N/A). </w:t>
      </w:r>
      <w:r w:rsidR="7DD4D220" w:rsidRPr="22B3B555">
        <w:rPr>
          <w:rFonts w:cs="Arial"/>
        </w:rPr>
        <w:t xml:space="preserve">Used exclusively for the ELA/Literacy Foundational Skills criterion when K–5 curricular materials are </w:t>
      </w:r>
      <w:r w:rsidR="7DD4D220" w:rsidRPr="22B3B555">
        <w:rPr>
          <w:rFonts w:cs="Arial"/>
          <w:b/>
          <w:bCs/>
        </w:rPr>
        <w:t>not designed to include a foundational skills component as part of the comprehensive core program.</w:t>
      </w:r>
      <w:r w:rsidR="7DD4D220" w:rsidRPr="22B3B555">
        <w:rPr>
          <w:rFonts w:cs="Arial"/>
        </w:rPr>
        <w:t xml:space="preserve"> </w:t>
      </w:r>
    </w:p>
    <w:p w14:paraId="5E250E5E" w14:textId="74E2120E" w:rsidR="00952EFD" w:rsidRPr="00F121B8" w:rsidRDefault="00952EFD" w:rsidP="00850744">
      <w:pPr>
        <w:spacing w:after="0" w:line="240" w:lineRule="auto"/>
        <w:jc w:val="both"/>
        <w:rPr>
          <w:rFonts w:cs="Arial"/>
        </w:rPr>
      </w:pPr>
      <w:r w:rsidRPr="22B3B555">
        <w:rPr>
          <w:rFonts w:cs="Arial"/>
          <w:b/>
          <w:bCs/>
        </w:rPr>
        <w:t> </w:t>
      </w:r>
      <w:r>
        <w:rPr>
          <w:noProof/>
        </w:rPr>
        <w:drawing>
          <wp:inline distT="0" distB="0" distL="0" distR="0" wp14:anchorId="1C3F3CF3" wp14:editId="1531095E">
            <wp:extent cx="171450" cy="171450"/>
            <wp:effectExtent l="0" t="0" r="0" b="0"/>
            <wp:docPr id="1860798693" name="Picture 1860798693"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98693" name="Picture 1860798693"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Rated. </w:t>
      </w:r>
      <w:r w:rsidR="0C4B4A7F" w:rsidRPr="22B3B555">
        <w:rPr>
          <w:rFonts w:cs="Arial"/>
        </w:rPr>
        <w:t>A rating is not assigned for this criterion; findings are provided narratively.</w:t>
      </w:r>
    </w:p>
    <w:p w14:paraId="5C9A0660" w14:textId="77777777" w:rsidR="00E23445" w:rsidRPr="00F121B8" w:rsidRDefault="008337A3" w:rsidP="00880701">
      <w:pPr>
        <w:pStyle w:val="Heading3"/>
        <w:spacing w:before="240"/>
        <w:rPr>
          <w:rFonts w:cs="Arial"/>
        </w:rPr>
      </w:pPr>
      <w:bookmarkStart w:id="5" w:name="_Toc240482789"/>
      <w:r w:rsidRPr="34380F11">
        <w:rPr>
          <w:rFonts w:cs="Arial"/>
        </w:rPr>
        <w:t>The CURATE Rating Threshold</w:t>
      </w:r>
      <w:bookmarkEnd w:id="5"/>
    </w:p>
    <w:p w14:paraId="1BF36F4A" w14:textId="6E9F76D8" w:rsidR="00E23445" w:rsidRPr="00F121B8" w:rsidRDefault="008337A3">
      <w:pPr>
        <w:rPr>
          <w:rFonts w:cs="Arial"/>
        </w:rPr>
      </w:pPr>
      <w:r w:rsidRPr="00F121B8">
        <w:rPr>
          <w:rFonts w:cs="Arial"/>
          <w:sz w:val="21"/>
        </w:rPr>
        <w:t xml:space="preserve">A CURATE-reviewed product is designated as </w:t>
      </w:r>
      <w:r w:rsidRPr="00F121B8">
        <w:rPr>
          <w:rFonts w:cs="Arial"/>
          <w:i/>
          <w:sz w:val="21"/>
        </w:rPr>
        <w:t>high quality</w:t>
      </w:r>
      <w:r w:rsidRPr="00F121B8">
        <w:rPr>
          <w:rFonts w:cs="Arial"/>
          <w:sz w:val="21"/>
        </w:rPr>
        <w:t xml:space="preserve"> if it meets the following benchmarks:</w:t>
      </w:r>
    </w:p>
    <w:tbl>
      <w:tblPr>
        <w:tblStyle w:val="TableGrid"/>
        <w:tblW w:w="0" w:type="auto"/>
        <w:jc w:val="center"/>
        <w:tblLayout w:type="fixed"/>
        <w:tblLook w:val="04A0" w:firstRow="1" w:lastRow="0" w:firstColumn="1" w:lastColumn="0" w:noHBand="0" w:noVBand="1"/>
        <w:tblCaption w:val="Required Ratings by Evaluation Domain for the High Quality Designation"/>
        <w:tblDescription w:val="Table showing required ratings for the high quality designation across two evaluation domains. Standards Alignment requires a rating of Meets Expectations in all criteria. Classroom Application requires a rating of at least Partially Meets Expectations in all criteria."/>
      </w:tblPr>
      <w:tblGrid>
        <w:gridCol w:w="5112"/>
        <w:gridCol w:w="5112"/>
      </w:tblGrid>
      <w:tr w:rsidR="00E23445" w:rsidRPr="004523D0" w14:paraId="5F51658B" w14:textId="77777777" w:rsidTr="002079F2">
        <w:trPr>
          <w:cantSplit/>
          <w:tblHeade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5011843" w14:textId="77777777" w:rsidR="00E23445" w:rsidRPr="00F121B8" w:rsidRDefault="008337A3">
            <w:pPr>
              <w:rPr>
                <w:rFonts w:cs="Arial"/>
                <w:sz w:val="24"/>
                <w:szCs w:val="32"/>
              </w:rPr>
            </w:pPr>
            <w:r w:rsidRPr="00F121B8">
              <w:rPr>
                <w:rFonts w:cs="Arial"/>
                <w:b/>
                <w:sz w:val="24"/>
                <w:szCs w:val="32"/>
              </w:rPr>
              <w:t>Evaluation Domain</w:t>
            </w:r>
          </w:p>
        </w:tc>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760CACE3" w14:textId="77777777" w:rsidR="00E23445" w:rsidRPr="00F121B8" w:rsidRDefault="008337A3">
            <w:pPr>
              <w:rPr>
                <w:rFonts w:cs="Arial"/>
                <w:sz w:val="24"/>
                <w:szCs w:val="32"/>
              </w:rPr>
            </w:pPr>
            <w:r w:rsidRPr="00F121B8">
              <w:rPr>
                <w:rFonts w:cs="Arial"/>
                <w:b/>
                <w:sz w:val="24"/>
                <w:szCs w:val="32"/>
              </w:rPr>
              <w:t>Required Rating</w:t>
            </w:r>
          </w:p>
        </w:tc>
      </w:tr>
      <w:tr w:rsidR="00E23445" w:rsidRPr="004523D0" w14:paraId="3498576E"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0B160AF" w14:textId="32885604" w:rsidR="00E23445" w:rsidRPr="00F121B8" w:rsidRDefault="008337A3">
            <w:pPr>
              <w:rPr>
                <w:rFonts w:cs="Arial"/>
                <w:szCs w:val="28"/>
              </w:rPr>
            </w:pPr>
            <w:r w:rsidRPr="00F121B8">
              <w:rPr>
                <w:rFonts w:cs="Arial"/>
                <w:szCs w:val="28"/>
              </w:rPr>
              <w:t>Standards Alignment</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FD6F596" w14:textId="2E8C091A" w:rsidR="00E23445" w:rsidRPr="00F121B8" w:rsidRDefault="008337A3">
            <w:pPr>
              <w:rPr>
                <w:rFonts w:cs="Arial"/>
                <w:i/>
                <w:szCs w:val="28"/>
              </w:rPr>
            </w:pPr>
            <w:r w:rsidRPr="00F121B8">
              <w:rPr>
                <w:rFonts w:cs="Arial"/>
                <w:i/>
                <w:szCs w:val="28"/>
              </w:rPr>
              <w:t xml:space="preserve">Meets Expectations </w:t>
            </w:r>
            <w:r w:rsidRPr="00B20A32">
              <w:rPr>
                <w:rFonts w:cs="Arial"/>
                <w:iCs/>
                <w:szCs w:val="28"/>
              </w:rPr>
              <w:t>in all criteria</w:t>
            </w:r>
          </w:p>
        </w:tc>
      </w:tr>
      <w:tr w:rsidR="00E23445" w:rsidRPr="004523D0" w14:paraId="0D3913F1"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35EEBEE" w14:textId="77777777" w:rsidR="00E23445" w:rsidRPr="00F121B8" w:rsidRDefault="008337A3">
            <w:pPr>
              <w:rPr>
                <w:rFonts w:cs="Arial"/>
                <w:szCs w:val="28"/>
              </w:rPr>
            </w:pPr>
            <w:r w:rsidRPr="00F121B8">
              <w:rPr>
                <w:rFonts w:cs="Arial"/>
                <w:szCs w:val="28"/>
              </w:rPr>
              <w:t>Classroom Application</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B8DE28C" w14:textId="2F9B91BB" w:rsidR="00E23445" w:rsidRPr="00F121B8" w:rsidRDefault="008337A3">
            <w:pPr>
              <w:rPr>
                <w:rFonts w:cs="Arial"/>
                <w:i/>
                <w:szCs w:val="28"/>
              </w:rPr>
            </w:pPr>
            <w:r w:rsidRPr="00F121B8">
              <w:rPr>
                <w:rFonts w:cs="Arial"/>
                <w:i/>
                <w:szCs w:val="28"/>
              </w:rPr>
              <w:t xml:space="preserve">At least Partially Meets Expectations </w:t>
            </w:r>
            <w:r w:rsidRPr="00B20A32">
              <w:rPr>
                <w:rFonts w:cs="Arial"/>
                <w:iCs/>
                <w:szCs w:val="28"/>
              </w:rPr>
              <w:t>in all criteria</w:t>
            </w:r>
          </w:p>
        </w:tc>
      </w:tr>
    </w:tbl>
    <w:p w14:paraId="0E98D12D" w14:textId="77777777" w:rsidR="00393352" w:rsidRDefault="00393352">
      <w:pPr>
        <w:rPr>
          <w:rFonts w:cs="Arial"/>
        </w:rPr>
      </w:pPr>
    </w:p>
    <w:p w14:paraId="0BD5901F" w14:textId="77777777" w:rsidR="00393352" w:rsidRDefault="00393352">
      <w:pPr>
        <w:rPr>
          <w:rFonts w:cs="Arial"/>
        </w:rPr>
      </w:pPr>
    </w:p>
    <w:p w14:paraId="688CF774" w14:textId="77777777" w:rsidR="00393352" w:rsidRDefault="00393352">
      <w:pPr>
        <w:rPr>
          <w:rFonts w:cs="Arial"/>
        </w:rPr>
      </w:pPr>
    </w:p>
    <w:p w14:paraId="65463DDA" w14:textId="77777777" w:rsidR="00393352" w:rsidRDefault="00393352">
      <w:pPr>
        <w:rPr>
          <w:rFonts w:cs="Arial"/>
        </w:rPr>
      </w:pPr>
    </w:p>
    <w:p w14:paraId="218C9507" w14:textId="77777777" w:rsidR="00393352" w:rsidRDefault="00393352">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URATE Feedback Survey"/>
        <w:tblDescription w:val="Table inviting readers to provide feedback on CURATE reports through an online survey. Feedback supports continuous improvement and helps ensure future reports remain useful and trustworthy resources for educators across Massachusetts.&#10;"/>
      </w:tblPr>
      <w:tblGrid>
        <w:gridCol w:w="10214"/>
      </w:tblGrid>
      <w:tr w:rsidR="00393352" w14:paraId="1E79865C" w14:textId="77777777" w:rsidTr="008B6294">
        <w:trPr>
          <w:cantSplit/>
          <w:tblHeader/>
        </w:trPr>
        <w:tc>
          <w:tcPr>
            <w:tcW w:w="10214" w:type="dxa"/>
            <w:shd w:val="clear" w:color="auto" w:fill="1F497D" w:themeFill="text2"/>
          </w:tcPr>
          <w:p w14:paraId="5D9E56EC" w14:textId="77777777" w:rsidR="00393352" w:rsidRPr="00112AEC" w:rsidRDefault="00393352" w:rsidP="008B6294">
            <w:pPr>
              <w:rPr>
                <w:b/>
                <w:bCs/>
                <w:color w:val="FFFFFF" w:themeColor="background1"/>
                <w:sz w:val="56"/>
                <w:szCs w:val="56"/>
              </w:rPr>
            </w:pPr>
            <w:r w:rsidRPr="00112AEC">
              <w:rPr>
                <w:b/>
                <w:bCs/>
                <w:color w:val="FFFFFF" w:themeColor="background1"/>
                <w:sz w:val="56"/>
                <w:szCs w:val="56"/>
              </w:rPr>
              <w:t>We Welcome Your Feedback</w:t>
            </w:r>
          </w:p>
        </w:tc>
      </w:tr>
      <w:tr w:rsidR="00393352" w14:paraId="04490BCE" w14:textId="77777777" w:rsidTr="008B6294">
        <w:tc>
          <w:tcPr>
            <w:tcW w:w="10214" w:type="dxa"/>
          </w:tcPr>
          <w:p w14:paraId="37243D1B" w14:textId="77777777" w:rsidR="00393352" w:rsidRPr="00112AEC" w:rsidRDefault="00393352" w:rsidP="008B6294">
            <w:pPr>
              <w:spacing w:before="240"/>
            </w:pPr>
            <w:r w:rsidRPr="00112AEC">
              <w:t>CURATE is committed to continuous improvement. We encourage you to share your feedback on this report through our </w:t>
            </w:r>
            <w:hyperlink r:id="rId17" w:history="1">
              <w:r w:rsidRPr="00112AEC">
                <w:rPr>
                  <w:rStyle w:val="Hyperlink"/>
                  <w:color w:val="17365D" w:themeColor="text2" w:themeShade="BF"/>
                </w:rPr>
                <w:t>survey</w:t>
              </w:r>
            </w:hyperlink>
            <w:r w:rsidRPr="00112AEC">
              <w:t xml:space="preserve"> so that future reports continue to serve as useful, trustworthy resources for educators across Massachusetts.</w:t>
            </w:r>
          </w:p>
        </w:tc>
      </w:tr>
    </w:tbl>
    <w:p w14:paraId="1B7671E0" w14:textId="293DFDB8" w:rsidR="00E23445" w:rsidRPr="00F121B8" w:rsidRDefault="002079F2">
      <w:pPr>
        <w:rPr>
          <w:rFonts w:cs="Arial"/>
        </w:rPr>
      </w:pPr>
      <w:r w:rsidRPr="00F121B8">
        <w:rPr>
          <w:rFonts w:cs="Arial"/>
        </w:rPr>
        <w:br w:type="page"/>
      </w:r>
    </w:p>
    <w:p w14:paraId="29FB524D" w14:textId="5D753B19" w:rsidR="00E23445" w:rsidRPr="00F121B8" w:rsidRDefault="008337A3" w:rsidP="00270B9C">
      <w:pPr>
        <w:pStyle w:val="Heading2"/>
        <w:shd w:val="clear" w:color="auto" w:fill="1F497D" w:themeFill="text2"/>
        <w:rPr>
          <w:rFonts w:cs="Arial"/>
          <w:color w:val="FFFFFF" w:themeColor="background1"/>
        </w:rPr>
      </w:pPr>
      <w:bookmarkStart w:id="6" w:name="_Toc240482790"/>
      <w:r w:rsidRPr="34380F11">
        <w:rPr>
          <w:rFonts w:cs="Arial"/>
          <w:color w:val="FFFFFF" w:themeColor="background1"/>
          <w:sz w:val="48"/>
          <w:szCs w:val="48"/>
        </w:rPr>
        <w:lastRenderedPageBreak/>
        <w:t>FULL REPORT</w:t>
      </w:r>
      <w:r w:rsidR="00880701" w:rsidRPr="34380F11">
        <w:rPr>
          <w:rFonts w:cs="Arial"/>
          <w:color w:val="FFFFFF" w:themeColor="background1"/>
          <w:sz w:val="48"/>
          <w:szCs w:val="48"/>
        </w:rPr>
        <w:t>:</w:t>
      </w:r>
      <w:r>
        <w:br/>
      </w:r>
      <w:proofErr w:type="spellStart"/>
      <w:r w:rsidR="00175A4C" w:rsidRPr="34380F11">
        <w:rPr>
          <w:rFonts w:cs="Arial"/>
          <w:i/>
          <w:iCs/>
          <w:color w:val="FFFFFF" w:themeColor="background1"/>
        </w:rPr>
        <w:t>STEMscopes</w:t>
      </w:r>
      <w:proofErr w:type="spellEnd"/>
      <w:r w:rsidR="00175A4C" w:rsidRPr="34380F11">
        <w:rPr>
          <w:rFonts w:cs="Arial"/>
          <w:i/>
          <w:iCs/>
          <w:color w:val="FFFFFF" w:themeColor="background1"/>
        </w:rPr>
        <w:t xml:space="preserve"> Math</w:t>
      </w:r>
      <w:r w:rsidRPr="34380F11">
        <w:rPr>
          <w:rFonts w:cs="Arial"/>
          <w:color w:val="FFFFFF" w:themeColor="background1"/>
        </w:rPr>
        <w:t xml:space="preserve"> (</w:t>
      </w:r>
      <w:r w:rsidR="00175A4C" w:rsidRPr="34380F11">
        <w:rPr>
          <w:rFonts w:cs="Arial"/>
          <w:color w:val="FFFFFF" w:themeColor="background1"/>
        </w:rPr>
        <w:t>Accelerate Learning</w:t>
      </w:r>
      <w:r w:rsidRPr="34380F11">
        <w:rPr>
          <w:rFonts w:cs="Arial"/>
          <w:color w:val="FFFFFF" w:themeColor="background1"/>
        </w:rPr>
        <w:t xml:space="preserve">, </w:t>
      </w:r>
      <w:r w:rsidR="00175A4C" w:rsidRPr="34380F11">
        <w:rPr>
          <w:rFonts w:cs="Arial"/>
          <w:color w:val="FFFFFF" w:themeColor="background1"/>
        </w:rPr>
        <w:t>2024</w:t>
      </w:r>
      <w:r w:rsidRPr="34380F11">
        <w:rPr>
          <w:rFonts w:cs="Arial"/>
          <w:color w:val="FFFFFF" w:themeColor="background1"/>
        </w:rPr>
        <w:t>)</w:t>
      </w:r>
      <w:bookmarkEnd w:id="6"/>
    </w:p>
    <w:p w14:paraId="4EB00AA8" w14:textId="399D5CF3" w:rsidR="00175A4C" w:rsidRPr="00965A38" w:rsidRDefault="00175A4C" w:rsidP="00393352">
      <w:pPr>
        <w:jc w:val="both"/>
        <w:rPr>
          <w:rFonts w:cs="Arial"/>
          <w:i/>
        </w:rPr>
      </w:pPr>
      <w:proofErr w:type="spellStart"/>
      <w:r w:rsidRPr="00965A38">
        <w:rPr>
          <w:rFonts w:cs="Arial"/>
          <w:i/>
          <w:iCs/>
        </w:rPr>
        <w:t>STEMscopes</w:t>
      </w:r>
      <w:proofErr w:type="spellEnd"/>
      <w:r w:rsidRPr="00965A38">
        <w:rPr>
          <w:rFonts w:cs="Arial"/>
          <w:i/>
          <w:iCs/>
        </w:rPr>
        <w:t xml:space="preserve"> Math</w:t>
      </w:r>
      <w:r w:rsidRPr="00965A38">
        <w:rPr>
          <w:rFonts w:cs="Arial"/>
          <w:i/>
        </w:rPr>
        <w:t xml:space="preserve"> (2024) is a digital and print resource for Grades K–8. See the </w:t>
      </w:r>
      <w:hyperlink r:id="rId18" w:history="1">
        <w:r w:rsidR="00094944">
          <w:rPr>
            <w:rStyle w:val="Hyperlink"/>
            <w:rFonts w:cs="Arial"/>
            <w:i/>
            <w:color w:val="17365D" w:themeColor="text2" w:themeShade="BF"/>
          </w:rPr>
          <w:t>Accelerate Learning website</w:t>
        </w:r>
      </w:hyperlink>
      <w:r w:rsidRPr="00965A38">
        <w:rPr>
          <w:rFonts w:cs="Arial"/>
          <w:i/>
        </w:rPr>
        <w:t xml:space="preserve"> and the supplemental publisher-provided information later in this report for details.</w:t>
      </w:r>
    </w:p>
    <w:p w14:paraId="40E23E62" w14:textId="4658A1AC" w:rsidR="00E23445" w:rsidRPr="00F121B8" w:rsidRDefault="008337A3">
      <w:pPr>
        <w:rPr>
          <w:rFonts w:cs="Arial"/>
        </w:rPr>
      </w:pPr>
      <w:r w:rsidRPr="00F121B8">
        <w:rPr>
          <w:rFonts w:cs="Arial"/>
        </w:rPr>
        <w:t xml:space="preserve">Grades reviewed: </w:t>
      </w:r>
      <w:r w:rsidR="00175A4C">
        <w:rPr>
          <w:rFonts w:cs="Arial"/>
        </w:rPr>
        <w:t>K–5</w:t>
      </w:r>
    </w:p>
    <w:p w14:paraId="42800613" w14:textId="77777777" w:rsidR="00E23445" w:rsidRPr="00F121B8" w:rsidRDefault="008337A3" w:rsidP="00270B9C">
      <w:pPr>
        <w:pStyle w:val="Heading3"/>
      </w:pPr>
      <w:bookmarkStart w:id="7" w:name="_Toc240482791"/>
      <w:r>
        <w:t>CURATE Determination</w:t>
      </w:r>
      <w:bookmarkEnd w:id="7"/>
    </w:p>
    <w:p w14:paraId="05186916" w14:textId="77777777" w:rsidR="00175A4C" w:rsidRPr="00175A4C" w:rsidRDefault="00175A4C" w:rsidP="00393352">
      <w:pPr>
        <w:jc w:val="both"/>
      </w:pPr>
      <w:r w:rsidRPr="00175A4C">
        <w:t>Based on this CURATE review, </w:t>
      </w:r>
      <w:proofErr w:type="spellStart"/>
      <w:r w:rsidRPr="00175A4C">
        <w:rPr>
          <w:i/>
          <w:iCs/>
        </w:rPr>
        <w:t>STEMscopes</w:t>
      </w:r>
      <w:proofErr w:type="spellEnd"/>
      <w:r w:rsidRPr="00175A4C">
        <w:rPr>
          <w:i/>
          <w:iCs/>
        </w:rPr>
        <w:t> Math </w:t>
      </w:r>
      <w:r w:rsidRPr="00175A4C">
        <w:t>K–5</w:t>
      </w:r>
      <w:r w:rsidRPr="00175A4C">
        <w:rPr>
          <w:i/>
          <w:iCs/>
        </w:rPr>
        <w:t> </w:t>
      </w:r>
      <w:r w:rsidRPr="00175A4C">
        <w:t xml:space="preserve">(2024) meets the CURATE Rating Threshold and is designated as </w:t>
      </w:r>
      <w:r w:rsidRPr="00175A4C">
        <w:rPr>
          <w:i/>
          <w:iCs/>
        </w:rPr>
        <w:t xml:space="preserve">high quality </w:t>
      </w:r>
      <w:r w:rsidRPr="00175A4C">
        <w:t>for Massachusetts.</w:t>
      </w:r>
    </w:p>
    <w:p w14:paraId="79B46543" w14:textId="77777777" w:rsidR="00E23445" w:rsidRPr="00270B9C" w:rsidRDefault="008337A3" w:rsidP="00270B9C">
      <w:pPr>
        <w:pStyle w:val="Heading3"/>
      </w:pPr>
      <w:bookmarkStart w:id="8" w:name="_Toc240482792"/>
      <w:r>
        <w:t>Key Findings: Standards Alignment and Classroom Application</w:t>
      </w:r>
      <w:bookmarkEnd w:id="8"/>
    </w:p>
    <w:p w14:paraId="230A5C18" w14:textId="77777777" w:rsidR="00175A4C" w:rsidRPr="00270B9C" w:rsidRDefault="00175A4C" w:rsidP="00393352">
      <w:pPr>
        <w:jc w:val="both"/>
      </w:pPr>
      <w:proofErr w:type="spellStart"/>
      <w:r w:rsidRPr="00270B9C">
        <w:rPr>
          <w:i/>
        </w:rPr>
        <w:t>STEMscopes</w:t>
      </w:r>
      <w:proofErr w:type="spellEnd"/>
      <w:r w:rsidRPr="00270B9C">
        <w:rPr>
          <w:i/>
        </w:rPr>
        <w:t> Math</w:t>
      </w:r>
      <w:r w:rsidRPr="00270B9C">
        <w:t> K–5 (2024) features a coherent, research-based “Engage-to-Elaborate” approach that effectively builds conceptual understanding and procedural fluency across grade levels. Strong technical supports—including manipulatives, visual models, and assessment rubrics—help teachers maintain high expectations while providing differentiated access for students with disabilities and English learners.</w:t>
      </w:r>
      <w:r w:rsidRPr="00270B9C">
        <w:rPr>
          <w:vertAlign w:val="superscript"/>
        </w:rPr>
        <w:footnoteReference w:id="1"/>
      </w:r>
      <w:r w:rsidRPr="00270B9C">
        <w:t xml:space="preserve"> </w:t>
      </w:r>
    </w:p>
    <w:p w14:paraId="5F7BDC29" w14:textId="77777777" w:rsidR="00175A4C" w:rsidRPr="00270B9C" w:rsidRDefault="00175A4C" w:rsidP="00393352">
      <w:pPr>
        <w:jc w:val="both"/>
      </w:pPr>
      <w:r w:rsidRPr="00270B9C">
        <w:t>Teachers will need to supplement the materials to fully address specific Massachusetts standards (1.MD.D.5, 2.MD.C.7a, 3.G.A.1, and 5.NBT.B.5)</w:t>
      </w:r>
      <w:r w:rsidRPr="00270B9C">
        <w:rPr>
          <w:b/>
        </w:rPr>
        <w:t> </w:t>
      </w:r>
      <w:r w:rsidRPr="00270B9C">
        <w:t>and to provide more consistent, identity-affirming content for diverse learners in Grades 3–5. </w:t>
      </w:r>
    </w:p>
    <w:p w14:paraId="7D249117" w14:textId="0AFFB254" w:rsidR="00A230EC" w:rsidRPr="00270B9C" w:rsidRDefault="00A230EC" w:rsidP="00270B9C">
      <w:pPr>
        <w:pStyle w:val="Heading3"/>
      </w:pPr>
      <w:bookmarkStart w:id="9" w:name="_Toc240482793"/>
      <w:r>
        <w:t>Massachusetts Educator Perspective</w:t>
      </w:r>
      <w:r w:rsidR="005C7C12">
        <w:t xml:space="preserve">: A </w:t>
      </w:r>
      <w:r>
        <w:t>Key Strength</w:t>
      </w:r>
      <w:bookmarkEnd w:id="9"/>
    </w:p>
    <w:p w14:paraId="360333E4" w14:textId="306E9339" w:rsidR="00175A4C" w:rsidRDefault="00175A4C" w:rsidP="00393352">
      <w:pPr>
        <w:jc w:val="both"/>
        <w:rPr>
          <w:rFonts w:cs="Arial"/>
          <w:szCs w:val="24"/>
        </w:rPr>
      </w:pPr>
      <w:r w:rsidRPr="00175A4C">
        <w:rPr>
          <w:rFonts w:cs="Arial"/>
          <w:szCs w:val="24"/>
        </w:rPr>
        <w:t>“Every topic in the materials follows a clear progression—starting with conceptual understanding, then building skills and procedural fluency, and finally applying knowledge to real-world problems</w:t>
      </w:r>
      <w:r w:rsidR="00965A38">
        <w:rPr>
          <w:rFonts w:cs="Arial"/>
          <w:szCs w:val="24"/>
        </w:rPr>
        <w:t>.</w:t>
      </w:r>
      <w:r w:rsidRPr="00175A4C">
        <w:rPr>
          <w:rFonts w:cs="Arial"/>
          <w:szCs w:val="24"/>
        </w:rPr>
        <w:t xml:space="preserve">” </w:t>
      </w:r>
    </w:p>
    <w:p w14:paraId="3DBFAB8A" w14:textId="35631AAD" w:rsidR="00A230EC" w:rsidRPr="00F121B8" w:rsidRDefault="003E2F03" w:rsidP="00393352">
      <w:pPr>
        <w:jc w:val="both"/>
        <w:rPr>
          <w:rFonts w:cs="Arial"/>
          <w:i/>
        </w:rPr>
      </w:pPr>
      <w:r w:rsidRPr="00F121B8">
        <w:rPr>
          <w:rFonts w:cs="Arial"/>
          <w:szCs w:val="24"/>
        </w:rPr>
        <w:t>—</w:t>
      </w:r>
      <w:r w:rsidRPr="00F121B8">
        <w:rPr>
          <w:rFonts w:cs="Arial"/>
          <w:i/>
          <w:szCs w:val="24"/>
        </w:rPr>
        <w:t>Massachusetts educator</w:t>
      </w:r>
    </w:p>
    <w:p w14:paraId="4F23712F" w14:textId="77F602B0" w:rsidR="00E23445" w:rsidRPr="00F121B8" w:rsidRDefault="008337A3" w:rsidP="00774486">
      <w:pPr>
        <w:pStyle w:val="Heading3"/>
        <w:rPr>
          <w:rFonts w:cs="Arial"/>
        </w:rPr>
      </w:pPr>
      <w:bookmarkStart w:id="10" w:name="_Toc240482794"/>
      <w:r w:rsidRPr="34380F11">
        <w:rPr>
          <w:rFonts w:cs="Arial"/>
        </w:rPr>
        <w:t xml:space="preserve">CURATE Ratings </w:t>
      </w:r>
      <w:r w:rsidR="003E2F03" w:rsidRPr="34380F11">
        <w:rPr>
          <w:rFonts w:cs="Arial"/>
        </w:rPr>
        <w:t>At-a-</w:t>
      </w:r>
      <w:r w:rsidRPr="34380F11">
        <w:rPr>
          <w:rFonts w:cs="Arial"/>
        </w:rPr>
        <w:t>Glance</w:t>
      </w:r>
      <w:bookmarkEnd w:id="10"/>
    </w:p>
    <w:tbl>
      <w:tblPr>
        <w:tblStyle w:val="TableGrid"/>
        <w:tblW w:w="0" w:type="auto"/>
        <w:jc w:val="center"/>
        <w:tblLayout w:type="fixed"/>
        <w:tblLook w:val="04A0" w:firstRow="1" w:lastRow="0" w:firstColumn="1" w:lastColumn="0" w:noHBand="0" w:noVBand="1"/>
        <w:tblCaption w:val="CURATE Review Ratings At-a-Glance"/>
        <w:tblDescription w:val="Table summarizing CURATE ratings by evaluation domain and criterion. Each criterion displays its corresponding rating, such as Meets Expectations, Partially Meets Expectations, or Not Rated. "/>
      </w:tblPr>
      <w:tblGrid>
        <w:gridCol w:w="3408"/>
        <w:gridCol w:w="3408"/>
        <w:gridCol w:w="3408"/>
      </w:tblGrid>
      <w:tr w:rsidR="00E23445" w:rsidRPr="004523D0" w14:paraId="641802BD" w14:textId="77777777" w:rsidTr="00204552">
        <w:trPr>
          <w:cantSplit/>
          <w:tblHeade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1DB9F104" w14:textId="77777777" w:rsidR="00E23445" w:rsidRPr="00F121B8" w:rsidRDefault="008337A3" w:rsidP="4D30ED30">
            <w:pPr>
              <w:spacing w:after="60"/>
              <w:jc w:val="center"/>
              <w:rPr>
                <w:rFonts w:cs="Arial"/>
                <w:sz w:val="28"/>
                <w:szCs w:val="28"/>
              </w:rPr>
            </w:pPr>
            <w:r w:rsidRPr="00F121B8">
              <w:rPr>
                <w:rFonts w:cs="Arial"/>
                <w:b/>
                <w:sz w:val="28"/>
                <w:szCs w:val="28"/>
              </w:rPr>
              <w:t>Domain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015FF13C" w14:textId="77777777" w:rsidR="00E23445" w:rsidRPr="00F121B8" w:rsidRDefault="008337A3" w:rsidP="4D30ED30">
            <w:pPr>
              <w:spacing w:after="60"/>
              <w:jc w:val="center"/>
              <w:rPr>
                <w:rFonts w:cs="Arial"/>
                <w:sz w:val="28"/>
                <w:szCs w:val="28"/>
              </w:rPr>
            </w:pPr>
            <w:r w:rsidRPr="00F121B8">
              <w:rPr>
                <w:rFonts w:cs="Arial"/>
                <w:b/>
                <w:sz w:val="28"/>
                <w:szCs w:val="28"/>
              </w:rPr>
              <w:t>Criterion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8B648E9" w14:textId="77777777" w:rsidR="00E23445" w:rsidRPr="00F121B8" w:rsidRDefault="008337A3" w:rsidP="4D30ED30">
            <w:pPr>
              <w:spacing w:after="60"/>
              <w:jc w:val="center"/>
              <w:rPr>
                <w:rFonts w:cs="Arial"/>
                <w:sz w:val="28"/>
                <w:szCs w:val="28"/>
              </w:rPr>
            </w:pPr>
            <w:r w:rsidRPr="00F121B8">
              <w:rPr>
                <w:rFonts w:cs="Arial"/>
                <w:b/>
                <w:sz w:val="28"/>
                <w:szCs w:val="28"/>
              </w:rPr>
              <w:t>Rating</w:t>
            </w:r>
          </w:p>
        </w:tc>
      </w:tr>
      <w:tr w:rsidR="00E23445" w:rsidRPr="004523D0" w14:paraId="0EB80F8D"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82DE7C7" w14:textId="77777777" w:rsidR="00E23445" w:rsidRPr="00F121B8" w:rsidRDefault="008337A3">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4216BF9" w14:textId="77777777" w:rsidR="00E23445" w:rsidRPr="00F121B8" w:rsidRDefault="008337A3">
            <w:pPr>
              <w:rPr>
                <w:rFonts w:cs="Arial"/>
              </w:rPr>
            </w:pPr>
            <w:r w:rsidRPr="00F121B8">
              <w:rPr>
                <w:rFonts w:cs="Arial"/>
                <w:sz w:val="18"/>
              </w:rPr>
              <w:t>Content Standards and Organization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71380F83" w14:textId="2E05F7A0" w:rsidR="00E23445" w:rsidRPr="00F121B8" w:rsidRDefault="008337A3">
            <w:pPr>
              <w:pStyle w:val="ListParagraph"/>
              <w:numPr>
                <w:ilvl w:val="0"/>
                <w:numId w:val="14"/>
              </w:numPr>
              <w:rPr>
                <w:rFonts w:cs="Arial"/>
              </w:rPr>
            </w:pPr>
            <w:r w:rsidRPr="00F121B8">
              <w:rPr>
                <w:rFonts w:cs="Arial"/>
                <w:b/>
                <w:sz w:val="18"/>
              </w:rPr>
              <w:t>Meets Expectations</w:t>
            </w:r>
          </w:p>
        </w:tc>
      </w:tr>
      <w:tr w:rsidR="00E23445" w:rsidRPr="004523D0" w14:paraId="6F2C61CC"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46394A8C" w14:textId="77777777" w:rsidR="00E23445" w:rsidRPr="00F121B8" w:rsidRDefault="008337A3">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EEDAACA" w14:textId="77777777" w:rsidR="00E23445" w:rsidRPr="00F121B8" w:rsidRDefault="008337A3">
            <w:pPr>
              <w:rPr>
                <w:rFonts w:cs="Arial"/>
              </w:rPr>
            </w:pPr>
            <w:r w:rsidRPr="00F121B8">
              <w:rPr>
                <w:rFonts w:cs="Arial"/>
                <w:sz w:val="18"/>
              </w:rPr>
              <w:t>Grade-Appropriate Practices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1EBDB744" w14:textId="0DB7D701" w:rsidR="00E23445" w:rsidRPr="00F121B8" w:rsidRDefault="008337A3">
            <w:pPr>
              <w:pStyle w:val="ListParagraph"/>
              <w:numPr>
                <w:ilvl w:val="0"/>
                <w:numId w:val="15"/>
              </w:numPr>
              <w:rPr>
                <w:rFonts w:cs="Arial"/>
              </w:rPr>
            </w:pPr>
            <w:r w:rsidRPr="00F121B8">
              <w:rPr>
                <w:rFonts w:cs="Arial"/>
                <w:b/>
                <w:sz w:val="18"/>
              </w:rPr>
              <w:t>Meets Expectations</w:t>
            </w:r>
          </w:p>
        </w:tc>
      </w:tr>
      <w:tr w:rsidR="00E23445" w:rsidRPr="004523D0" w14:paraId="60DD610E" w14:textId="77777777" w:rsidTr="00175A4C">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4B0D4DC" w14:textId="77777777" w:rsidR="00E23445" w:rsidRPr="00F121B8" w:rsidRDefault="008337A3">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5EE2B83D" w14:textId="77777777" w:rsidR="00E23445" w:rsidRPr="00F121B8" w:rsidRDefault="008337A3">
            <w:pPr>
              <w:rPr>
                <w:rFonts w:cs="Arial"/>
              </w:rPr>
            </w:pPr>
            <w:r w:rsidRPr="00F121B8">
              <w:rPr>
                <w:rFonts w:cs="Arial"/>
                <w:sz w:val="18"/>
              </w:rPr>
              <w:t>Accessibility for Students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3AC2DE77" w14:textId="712B59AA" w:rsidR="00E23445" w:rsidRPr="00175A4C" w:rsidRDefault="00175A4C">
            <w:pPr>
              <w:pStyle w:val="ListParagraph"/>
              <w:numPr>
                <w:ilvl w:val="0"/>
                <w:numId w:val="15"/>
              </w:numPr>
              <w:rPr>
                <w:rFonts w:cs="Arial"/>
              </w:rPr>
            </w:pPr>
            <w:r w:rsidRPr="00175A4C">
              <w:rPr>
                <w:rFonts w:cs="Arial"/>
                <w:b/>
                <w:sz w:val="18"/>
              </w:rPr>
              <w:t>Meets Expectations</w:t>
            </w:r>
          </w:p>
        </w:tc>
      </w:tr>
      <w:tr w:rsidR="00E23445" w:rsidRPr="004523D0" w14:paraId="42079B6F"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27E15085" w14:textId="77777777" w:rsidR="00E23445" w:rsidRPr="00F121B8" w:rsidRDefault="008337A3">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9DAD084" w14:textId="77777777" w:rsidR="00E23445" w:rsidRPr="00F121B8" w:rsidRDefault="008337A3">
            <w:pPr>
              <w:rPr>
                <w:rFonts w:cs="Arial"/>
              </w:rPr>
            </w:pPr>
            <w:r w:rsidRPr="00F121B8">
              <w:rPr>
                <w:rFonts w:cs="Arial"/>
                <w:sz w:val="18"/>
              </w:rPr>
              <w:t>Usability for Teachers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2A7E1565" w14:textId="621D5D59" w:rsidR="00E23445" w:rsidRPr="00F121B8" w:rsidRDefault="008337A3">
            <w:pPr>
              <w:pStyle w:val="ListParagraph"/>
              <w:numPr>
                <w:ilvl w:val="0"/>
                <w:numId w:val="16"/>
              </w:numPr>
              <w:rPr>
                <w:rFonts w:cs="Arial"/>
              </w:rPr>
            </w:pPr>
            <w:r w:rsidRPr="00F121B8">
              <w:rPr>
                <w:rFonts w:cs="Arial"/>
                <w:b/>
                <w:sz w:val="18"/>
              </w:rPr>
              <w:t>Meets Expectations</w:t>
            </w:r>
          </w:p>
        </w:tc>
      </w:tr>
      <w:tr w:rsidR="00E23445" w:rsidRPr="004523D0" w14:paraId="14561466"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38E2BFB3" w14:textId="77777777" w:rsidR="00E23445" w:rsidRPr="00F121B8" w:rsidRDefault="008337A3">
            <w:pPr>
              <w:rPr>
                <w:rFonts w:cs="Arial"/>
              </w:rPr>
            </w:pPr>
            <w:r w:rsidRPr="00F121B8">
              <w:rPr>
                <w:rFonts w:cs="Arial"/>
                <w:sz w:val="18"/>
              </w:rPr>
              <w:lastRenderedPageBreak/>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DE10FB7" w14:textId="77777777" w:rsidR="00E23445" w:rsidRPr="00F121B8" w:rsidRDefault="008337A3">
            <w:pPr>
              <w:rPr>
                <w:rFonts w:cs="Arial"/>
              </w:rPr>
            </w:pPr>
            <w:r w:rsidRPr="00F121B8">
              <w:rPr>
                <w:rFonts w:cs="Arial"/>
                <w:sz w:val="18"/>
              </w:rPr>
              <w:t>Impact on Learning</w:t>
            </w:r>
          </w:p>
        </w:tc>
        <w:tc>
          <w:tcPr>
            <w:tcW w:w="3408" w:type="dxa"/>
            <w:tcBorders>
              <w:top w:val="single" w:sz="5" w:space="0" w:color="B7CCD6"/>
              <w:left w:val="single" w:sz="5" w:space="0" w:color="B7CCD6"/>
              <w:bottom w:val="single" w:sz="5" w:space="0" w:color="B7CCD6"/>
              <w:right w:val="single" w:sz="5" w:space="0" w:color="B7CCD6"/>
            </w:tcBorders>
            <w:shd w:val="clear" w:color="auto" w:fill="ECECEC"/>
            <w:tcMar>
              <w:top w:w="90" w:type="dxa"/>
              <w:left w:w="100" w:type="dxa"/>
              <w:bottom w:w="90" w:type="dxa"/>
              <w:right w:w="100" w:type="dxa"/>
            </w:tcMar>
            <w:vAlign w:val="center"/>
          </w:tcPr>
          <w:p w14:paraId="6E24C994" w14:textId="79659CC7" w:rsidR="00E23445" w:rsidRPr="00F121B8" w:rsidRDefault="00F66025" w:rsidP="00F66025">
            <w:pPr>
              <w:pStyle w:val="ListParagraph"/>
              <w:tabs>
                <w:tab w:val="num" w:pos="720"/>
                <w:tab w:val="left" w:pos="3600"/>
              </w:tabs>
              <w:spacing w:after="160" w:line="259" w:lineRule="auto"/>
              <w:ind w:hanging="360"/>
              <w:rPr>
                <w:rFonts w:cs="Arial"/>
              </w:rPr>
            </w:pPr>
            <w:r w:rsidRPr="00F121B8">
              <w:rPr>
                <w:rFonts w:cs="Arial"/>
                <w:b/>
                <w:noProof/>
                <w:kern w:val="2"/>
                <w:sz w:val="24"/>
                <w:szCs w:val="24"/>
                <w14:ligatures w14:val="standardContextual"/>
              </w:rPr>
              <w:drawing>
                <wp:inline distT="0" distB="0" distL="0" distR="0" wp14:anchorId="21A235BB" wp14:editId="0B6CD629">
                  <wp:extent cx="142875" cy="142875"/>
                  <wp:effectExtent l="0" t="0" r="9525" b="9525"/>
                  <wp:docPr id="1787831129" name="Picture 1787831129"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31129" name="Picture 1787831129"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r w:rsidRPr="00F121B8">
              <w:rPr>
                <w:rFonts w:cs="Arial"/>
                <w:b/>
                <w:kern w:val="2"/>
                <w:sz w:val="24"/>
                <w:szCs w:val="24"/>
                <w14:ligatures w14:val="standardContextual"/>
              </w:rPr>
              <w:t xml:space="preserve"> </w:t>
            </w:r>
            <w:r w:rsidRPr="00F121B8">
              <w:rPr>
                <w:rFonts w:cs="Arial"/>
                <w:b/>
                <w:kern w:val="2"/>
                <w:sz w:val="18"/>
                <w:szCs w:val="18"/>
                <w14:ligatures w14:val="standardContextual"/>
              </w:rPr>
              <w:t>Not Rated</w:t>
            </w:r>
          </w:p>
        </w:tc>
      </w:tr>
    </w:tbl>
    <w:p w14:paraId="45595A9B" w14:textId="1ACF360D" w:rsidR="00E23445" w:rsidRPr="00F121B8" w:rsidRDefault="008337A3">
      <w:pPr>
        <w:rPr>
          <w:rFonts w:cs="Arial"/>
        </w:rPr>
      </w:pPr>
      <w:r w:rsidRPr="00F121B8">
        <w:rPr>
          <w:rFonts w:cs="Arial"/>
        </w:rPr>
        <w:br w:type="page"/>
      </w:r>
    </w:p>
    <w:p w14:paraId="0FF5C613" w14:textId="6AB2687C" w:rsidR="00E23445" w:rsidRPr="00F121B8" w:rsidRDefault="008337A3" w:rsidP="00774486">
      <w:pPr>
        <w:pStyle w:val="Heading3"/>
        <w:rPr>
          <w:rFonts w:cs="Arial"/>
        </w:rPr>
      </w:pPr>
      <w:bookmarkStart w:id="11" w:name="_Toc240482795"/>
      <w:r w:rsidRPr="34380F11">
        <w:rPr>
          <w:rFonts w:cs="Arial"/>
        </w:rPr>
        <w:lastRenderedPageBreak/>
        <w:t>M</w:t>
      </w:r>
      <w:r w:rsidR="00BA53C8" w:rsidRPr="34380F11">
        <w:rPr>
          <w:rFonts w:cs="Arial"/>
        </w:rPr>
        <w:t xml:space="preserve">A </w:t>
      </w:r>
      <w:r w:rsidRPr="34380F11">
        <w:rPr>
          <w:rFonts w:cs="Arial"/>
        </w:rPr>
        <w:t xml:space="preserve">Priorities: Supporting Inclusive and Culturally </w:t>
      </w:r>
      <w:r w:rsidR="00DF0F2C" w:rsidRPr="34380F11">
        <w:rPr>
          <w:rFonts w:cs="Arial"/>
        </w:rPr>
        <w:t>and</w:t>
      </w:r>
      <w:r w:rsidRPr="34380F11">
        <w:rPr>
          <w:rFonts w:cs="Arial"/>
        </w:rPr>
        <w:t xml:space="preserve"> Linguistically Sustaining Practices</w:t>
      </w:r>
      <w:bookmarkEnd w:id="11"/>
    </w:p>
    <w:tbl>
      <w:tblPr>
        <w:tblStyle w:val="TableGrid"/>
        <w:tblW w:w="10684" w:type="dxa"/>
        <w:jc w:val="center"/>
        <w:tblLayout w:type="fixed"/>
        <w:tblLook w:val="04A0" w:firstRow="1" w:lastRow="0" w:firstColumn="1" w:lastColumn="0" w:noHBand="0" w:noVBand="1"/>
        <w:tblCaption w:val="Supporting Inclusive and Culturally and Linguistically Sustaining Practices"/>
        <w:tblDescription w:val="Table summarizing Massachusetts priorities for supporting inclusive and culturally and linguistically sustaining practices in instructional materials. For each priority, the table identifies supports provided within the materials and areas where teachers may need to supplement or adapt materials substantively and with integrity. Priorities address Massachusetts-specific content standards, supports for students with disabilities and English learners, supports and extensions for students working above or below grade level, and diverse representation and perspectives."/>
      </w:tblPr>
      <w:tblGrid>
        <w:gridCol w:w="2044"/>
        <w:gridCol w:w="4320"/>
        <w:gridCol w:w="4320"/>
      </w:tblGrid>
      <w:tr w:rsidR="00E23445" w:rsidRPr="004523D0" w14:paraId="6BD3866D" w14:textId="77777777" w:rsidTr="00D72832">
        <w:trPr>
          <w:cantSplit/>
          <w:tblHeade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62BC919B" w14:textId="77777777" w:rsidR="00E23445" w:rsidRPr="00F121B8" w:rsidRDefault="008337A3" w:rsidP="00B7360A">
            <w:pPr>
              <w:rPr>
                <w:rFonts w:cs="Arial"/>
                <w:szCs w:val="32"/>
              </w:rPr>
            </w:pPr>
            <w:r w:rsidRPr="00F121B8">
              <w:rPr>
                <w:rFonts w:cs="Arial"/>
                <w:b/>
                <w:szCs w:val="32"/>
              </w:rPr>
              <w:t>Priorities</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772AC4D1" w14:textId="77777777" w:rsidR="00E23445" w:rsidRPr="00F121B8" w:rsidRDefault="008337A3" w:rsidP="00B7360A">
            <w:pPr>
              <w:rPr>
                <w:rFonts w:cs="Arial"/>
                <w:szCs w:val="32"/>
              </w:rPr>
            </w:pPr>
            <w:r w:rsidRPr="00F121B8">
              <w:rPr>
                <w:rFonts w:cs="Arial"/>
                <w:b/>
                <w:szCs w:val="32"/>
              </w:rPr>
              <w:t>The materials include/provide…</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3ECD7A24" w14:textId="77777777" w:rsidR="00E23445" w:rsidRPr="00F121B8" w:rsidRDefault="008337A3" w:rsidP="00B7360A">
            <w:pPr>
              <w:rPr>
                <w:rFonts w:cs="Arial"/>
                <w:szCs w:val="32"/>
              </w:rPr>
            </w:pPr>
            <w:r w:rsidRPr="00F121B8">
              <w:rPr>
                <w:rFonts w:cs="Arial"/>
                <w:b/>
                <w:szCs w:val="32"/>
              </w:rPr>
              <w:t>Teachers will need to supplement or adapt the materials substantively and with integrity to include/provide…</w:t>
            </w:r>
          </w:p>
        </w:tc>
      </w:tr>
      <w:tr w:rsidR="00B7360A" w:rsidRPr="004523D0" w14:paraId="653AB84F"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CD8EB26" w14:textId="77777777" w:rsidR="00B7360A" w:rsidRPr="00F121B8" w:rsidRDefault="00B7360A" w:rsidP="00B7360A">
            <w:pPr>
              <w:rPr>
                <w:rFonts w:cs="Arial"/>
                <w:sz w:val="20"/>
                <w:szCs w:val="28"/>
              </w:rPr>
            </w:pPr>
            <w:r w:rsidRPr="00F121B8">
              <w:rPr>
                <w:rFonts w:cs="Arial"/>
                <w:b/>
                <w:sz w:val="20"/>
                <w:szCs w:val="28"/>
              </w:rPr>
              <w:t>MA-Specific Content Standards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37577174" w14:textId="77777777" w:rsidR="00B7360A" w:rsidRPr="00DF388D" w:rsidRDefault="00B7360A">
            <w:pPr>
              <w:numPr>
                <w:ilvl w:val="0"/>
                <w:numId w:val="21"/>
              </w:numPr>
              <w:tabs>
                <w:tab w:val="num" w:pos="720"/>
              </w:tabs>
              <w:spacing w:before="120" w:after="0" w:line="276" w:lineRule="auto"/>
              <w:textAlignment w:val="baseline"/>
              <w:rPr>
                <w:color w:val="1F497D" w:themeColor="text2"/>
                <w:sz w:val="20"/>
                <w:szCs w:val="20"/>
              </w:rPr>
            </w:pPr>
            <w:r w:rsidRPr="00DF388D">
              <w:rPr>
                <w:color w:val="1F497D" w:themeColor="text2"/>
                <w:sz w:val="20"/>
                <w:szCs w:val="20"/>
                <w:lang w:val="en"/>
              </w:rPr>
              <w:t>Intentional progression of learning that systematically builds upon grade-level standards and students’ knowledge</w:t>
            </w:r>
            <w:r w:rsidRPr="00DF388D">
              <w:rPr>
                <w:color w:val="1F497D" w:themeColor="text2"/>
                <w:sz w:val="20"/>
                <w:szCs w:val="20"/>
              </w:rPr>
              <w:t> </w:t>
            </w:r>
          </w:p>
          <w:p w14:paraId="6AB79B38" w14:textId="77777777" w:rsidR="00B7360A" w:rsidRPr="00DF388D" w:rsidRDefault="00B7360A">
            <w:pPr>
              <w:numPr>
                <w:ilvl w:val="0"/>
                <w:numId w:val="21"/>
              </w:numPr>
              <w:tabs>
                <w:tab w:val="num" w:pos="720"/>
              </w:tabs>
              <w:spacing w:before="120" w:after="0" w:line="276" w:lineRule="auto"/>
              <w:textAlignment w:val="baseline"/>
              <w:rPr>
                <w:color w:val="1F497D" w:themeColor="text2"/>
                <w:sz w:val="20"/>
                <w:szCs w:val="20"/>
              </w:rPr>
            </w:pPr>
            <w:r w:rsidRPr="00DF388D">
              <w:rPr>
                <w:color w:val="1F497D" w:themeColor="text2"/>
                <w:sz w:val="20"/>
                <w:szCs w:val="20"/>
                <w:lang w:val="en"/>
              </w:rPr>
              <w:t>Integration of MA-specific content standards and Standards for Mathematical Practice (SMPs) including reasoning, modeling, and application of skills</w:t>
            </w:r>
            <w:r w:rsidRPr="00DF388D">
              <w:rPr>
                <w:color w:val="1F497D" w:themeColor="text2"/>
                <w:sz w:val="20"/>
                <w:szCs w:val="20"/>
              </w:rPr>
              <w:t> </w:t>
            </w:r>
          </w:p>
          <w:p w14:paraId="1ED337AD" w14:textId="1CFE816B" w:rsidR="00B7360A" w:rsidRPr="00DF388D" w:rsidRDefault="00B7360A">
            <w:pPr>
              <w:numPr>
                <w:ilvl w:val="0"/>
                <w:numId w:val="21"/>
              </w:numPr>
              <w:tabs>
                <w:tab w:val="num" w:pos="720"/>
              </w:tabs>
              <w:spacing w:before="120" w:after="0" w:line="276" w:lineRule="auto"/>
              <w:textAlignment w:val="baseline"/>
              <w:rPr>
                <w:color w:val="1F497D" w:themeColor="text2"/>
                <w:sz w:val="20"/>
                <w:szCs w:val="20"/>
              </w:rPr>
            </w:pPr>
            <w:r w:rsidRPr="00DF388D">
              <w:rPr>
                <w:color w:val="1F497D" w:themeColor="text2"/>
                <w:sz w:val="20"/>
                <w:szCs w:val="20"/>
                <w:lang w:val="en"/>
              </w:rPr>
              <w:t>Units that reinforce conceptual understanding, procedural fluency, and real-world application</w:t>
            </w:r>
            <w:r w:rsidRPr="00DF388D">
              <w:rPr>
                <w:color w:val="1F497D" w:themeColor="text2"/>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80BBC12" w14:textId="39A9885B" w:rsidR="00B7360A" w:rsidRPr="00DF388D" w:rsidRDefault="00B7360A">
            <w:pPr>
              <w:pStyle w:val="ListParagraph"/>
              <w:numPr>
                <w:ilvl w:val="0"/>
                <w:numId w:val="8"/>
              </w:numPr>
              <w:contextualSpacing w:val="0"/>
              <w:rPr>
                <w:rFonts w:cs="Arial"/>
                <w:color w:val="1F497D" w:themeColor="text2"/>
                <w:sz w:val="20"/>
                <w:szCs w:val="20"/>
              </w:rPr>
            </w:pPr>
            <w:r w:rsidRPr="00DF388D">
              <w:rPr>
                <w:color w:val="1F497D" w:themeColor="text2"/>
                <w:sz w:val="20"/>
                <w:szCs w:val="20"/>
              </w:rPr>
              <w:t>Massachusetts-specific mathematics standards 1.MD.D.5, 1.OA.B.3, 2.MD.C.7a, 3.G.A.1, and 5.NBT.B.5 for full alignment with state learning goals </w:t>
            </w:r>
          </w:p>
        </w:tc>
      </w:tr>
      <w:tr w:rsidR="00B7360A" w:rsidRPr="004523D0" w14:paraId="0BD4C15A" w14:textId="77777777" w:rsidTr="00F76430">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8BD8A44" w14:textId="77777777" w:rsidR="00B7360A" w:rsidRPr="00F121B8" w:rsidRDefault="00B7360A" w:rsidP="00B7360A">
            <w:pPr>
              <w:rPr>
                <w:rFonts w:cs="Arial"/>
                <w:sz w:val="20"/>
                <w:szCs w:val="28"/>
              </w:rPr>
            </w:pPr>
            <w:r w:rsidRPr="00F121B8">
              <w:rPr>
                <w:rFonts w:cs="Arial"/>
                <w:b/>
                <w:sz w:val="20"/>
                <w:szCs w:val="28"/>
              </w:rPr>
              <w:t>Students with Disabilities (SWDs)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B5B280C" w14:textId="77777777" w:rsidR="00B7360A" w:rsidRPr="00DF388D" w:rsidRDefault="00B7360A">
            <w:pPr>
              <w:pStyle w:val="ListParagraph"/>
              <w:numPr>
                <w:ilvl w:val="0"/>
                <w:numId w:val="22"/>
              </w:numPr>
              <w:spacing w:before="120" w:line="276" w:lineRule="auto"/>
              <w:rPr>
                <w:color w:val="1F497D" w:themeColor="text2"/>
                <w:sz w:val="20"/>
              </w:rPr>
            </w:pPr>
            <w:r w:rsidRPr="00DF388D">
              <w:rPr>
                <w:color w:val="1F497D" w:themeColor="text2"/>
                <w:sz w:val="20"/>
                <w:lang w:val="en"/>
              </w:rPr>
              <w:t>Multiple entry points to grade-level content, incorporating scaffolded instructions, manipulatives, and technology-enhanced activities</w:t>
            </w:r>
            <w:r w:rsidRPr="00DF388D">
              <w:rPr>
                <w:color w:val="1F497D" w:themeColor="text2"/>
                <w:sz w:val="20"/>
              </w:rPr>
              <w:t> </w:t>
            </w:r>
          </w:p>
          <w:p w14:paraId="2426CBC2" w14:textId="77777777" w:rsidR="00B7360A" w:rsidRPr="00DF388D" w:rsidRDefault="00B7360A">
            <w:pPr>
              <w:pStyle w:val="ListParagraph"/>
              <w:numPr>
                <w:ilvl w:val="0"/>
                <w:numId w:val="22"/>
              </w:numPr>
              <w:spacing w:before="120" w:line="276" w:lineRule="auto"/>
              <w:rPr>
                <w:color w:val="1F497D" w:themeColor="text2"/>
                <w:sz w:val="20"/>
              </w:rPr>
            </w:pPr>
            <w:r w:rsidRPr="00DF388D">
              <w:rPr>
                <w:color w:val="1F497D" w:themeColor="text2"/>
                <w:sz w:val="20"/>
                <w:lang w:val="en"/>
              </w:rPr>
              <w:t>Observation checklists, scaffolded guides, and flexible representation options that allow students to show learning in varied ways </w:t>
            </w:r>
            <w:r w:rsidRPr="00DF388D">
              <w:rPr>
                <w:color w:val="1F497D" w:themeColor="text2"/>
                <w:sz w:val="20"/>
              </w:rPr>
              <w:t> </w:t>
            </w:r>
          </w:p>
          <w:p w14:paraId="29BC26B6" w14:textId="4A687394" w:rsidR="00B7360A" w:rsidRPr="00DF388D" w:rsidRDefault="00B7360A">
            <w:pPr>
              <w:pStyle w:val="ListParagraph"/>
              <w:numPr>
                <w:ilvl w:val="0"/>
                <w:numId w:val="22"/>
              </w:numPr>
              <w:spacing w:before="120" w:line="276" w:lineRule="auto"/>
              <w:rPr>
                <w:color w:val="1F497D" w:themeColor="text2"/>
                <w:sz w:val="20"/>
              </w:rPr>
            </w:pPr>
            <w:r w:rsidRPr="00DF388D">
              <w:rPr>
                <w:color w:val="1F497D" w:themeColor="text2"/>
                <w:sz w:val="20"/>
              </w:rPr>
              <w:t>Lessons and tools that identify students’ intervention needs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E14B79C" w14:textId="5BDF3FB4" w:rsidR="00B7360A" w:rsidRPr="00DF388D" w:rsidRDefault="00B7360A">
            <w:pPr>
              <w:pStyle w:val="ListParagraph"/>
              <w:numPr>
                <w:ilvl w:val="0"/>
                <w:numId w:val="8"/>
              </w:numPr>
              <w:contextualSpacing w:val="0"/>
              <w:rPr>
                <w:rFonts w:cs="Arial"/>
                <w:color w:val="1F497D" w:themeColor="text2"/>
                <w:sz w:val="20"/>
              </w:rPr>
            </w:pPr>
            <w:r w:rsidRPr="00DF388D">
              <w:rPr>
                <w:rFonts w:cs="Arial"/>
                <w:color w:val="1F497D" w:themeColor="text2"/>
                <w:sz w:val="20"/>
                <w:lang w:val="en"/>
              </w:rPr>
              <w:t>Alternative guidance for districts without Measures of Academic Progress (MAP) Growth data</w:t>
            </w:r>
          </w:p>
        </w:tc>
      </w:tr>
      <w:tr w:rsidR="00B7360A" w:rsidRPr="004523D0" w14:paraId="523D1AA5" w14:textId="77777777" w:rsidTr="00504E68">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7C0A5FD3" w14:textId="1049892D" w:rsidR="00B7360A" w:rsidRPr="00F121B8" w:rsidRDefault="00B7360A" w:rsidP="00B7360A">
            <w:pPr>
              <w:rPr>
                <w:rFonts w:cs="Arial"/>
                <w:sz w:val="20"/>
                <w:szCs w:val="28"/>
              </w:rPr>
            </w:pPr>
            <w:r w:rsidRPr="00F121B8">
              <w:rPr>
                <w:rFonts w:cs="Arial"/>
                <w:b/>
                <w:sz w:val="20"/>
                <w:szCs w:val="28"/>
              </w:rPr>
              <w:t>English Learners (ELs</w:t>
            </w:r>
            <w:r>
              <w:rPr>
                <w:rFonts w:cs="Arial"/>
                <w:b/>
                <w:sz w:val="20"/>
                <w:szCs w:val="28"/>
              </w:rPr>
              <w:t>)</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F0E3AD1" w14:textId="77777777" w:rsidR="00B7360A" w:rsidRPr="00DF388D" w:rsidRDefault="00B7360A">
            <w:pPr>
              <w:pStyle w:val="NormalWeb"/>
              <w:numPr>
                <w:ilvl w:val="0"/>
                <w:numId w:val="22"/>
              </w:numPr>
              <w:spacing w:before="120" w:after="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Targeted linguistic scaffolds and multi-level supports </w:t>
            </w:r>
          </w:p>
          <w:p w14:paraId="4FF33B84" w14:textId="77777777" w:rsidR="00B7360A" w:rsidRPr="00DF388D" w:rsidRDefault="00B7360A">
            <w:pPr>
              <w:pStyle w:val="NormalWeb"/>
              <w:numPr>
                <w:ilvl w:val="0"/>
                <w:numId w:val="22"/>
              </w:numPr>
              <w:spacing w:before="120" w:after="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Structured conversation routines that offer multiple modalities for communicating mathematical ideas while maintaining cognitive demand </w:t>
            </w:r>
          </w:p>
          <w:p w14:paraId="07359F46" w14:textId="413F1DC1" w:rsidR="00B7360A" w:rsidRPr="00DF388D" w:rsidRDefault="00B7360A">
            <w:pPr>
              <w:pStyle w:val="ListParagraph"/>
              <w:numPr>
                <w:ilvl w:val="0"/>
                <w:numId w:val="8"/>
              </w:numPr>
              <w:contextualSpacing w:val="0"/>
              <w:rPr>
                <w:rFonts w:cs="Arial"/>
                <w:color w:val="1F497D" w:themeColor="text2"/>
                <w:sz w:val="20"/>
                <w:szCs w:val="20"/>
              </w:rPr>
            </w:pPr>
            <w:r w:rsidRPr="00DF388D">
              <w:rPr>
                <w:rFonts w:cs="Arial"/>
                <w:color w:val="1F497D" w:themeColor="text2"/>
                <w:sz w:val="20"/>
                <w:szCs w:val="20"/>
              </w:rPr>
              <w:t xml:space="preserve">Materials translated into Spanish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D65570C" w14:textId="77777777" w:rsidR="00B7360A" w:rsidRPr="00DF388D" w:rsidRDefault="00B7360A">
            <w:pPr>
              <w:pStyle w:val="NormalWeb"/>
              <w:numPr>
                <w:ilvl w:val="0"/>
                <w:numId w:val="22"/>
              </w:numPr>
              <w:spacing w:before="120" w:after="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Targeted linguistic scaffolds and multi-level supports </w:t>
            </w:r>
          </w:p>
          <w:p w14:paraId="23C92A59" w14:textId="77777777" w:rsidR="00B7360A" w:rsidRPr="00DF388D" w:rsidRDefault="00B7360A">
            <w:pPr>
              <w:pStyle w:val="NormalWeb"/>
              <w:numPr>
                <w:ilvl w:val="0"/>
                <w:numId w:val="22"/>
              </w:numPr>
              <w:spacing w:before="120" w:after="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Structured conversation routines that offer multiple modalities for communicating mathematical ideas while maintaining cognitive demand </w:t>
            </w:r>
          </w:p>
          <w:p w14:paraId="4601E864" w14:textId="776A5AA4" w:rsidR="00B7360A" w:rsidRPr="00DF388D" w:rsidRDefault="00B7360A">
            <w:pPr>
              <w:pStyle w:val="ListParagraph"/>
              <w:numPr>
                <w:ilvl w:val="0"/>
                <w:numId w:val="8"/>
              </w:numPr>
              <w:contextualSpacing w:val="0"/>
              <w:rPr>
                <w:rFonts w:cs="Arial"/>
                <w:color w:val="1F497D" w:themeColor="text2"/>
                <w:sz w:val="20"/>
                <w:szCs w:val="20"/>
              </w:rPr>
            </w:pPr>
            <w:r w:rsidRPr="00DF388D">
              <w:rPr>
                <w:rFonts w:cs="Arial"/>
                <w:color w:val="1F497D" w:themeColor="text2"/>
                <w:sz w:val="20"/>
                <w:szCs w:val="20"/>
              </w:rPr>
              <w:t xml:space="preserve">Materials translated into Spanish </w:t>
            </w:r>
          </w:p>
        </w:tc>
      </w:tr>
      <w:tr w:rsidR="00E23445" w:rsidRPr="004523D0" w14:paraId="28E5E287"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0D340F60" w14:textId="77777777" w:rsidR="00E23445" w:rsidRPr="00F121B8" w:rsidRDefault="008337A3">
            <w:pPr>
              <w:rPr>
                <w:rFonts w:cs="Arial"/>
                <w:sz w:val="20"/>
                <w:szCs w:val="28"/>
              </w:rPr>
            </w:pPr>
            <w:r w:rsidRPr="00F121B8">
              <w:rPr>
                <w:rFonts w:cs="Arial"/>
                <w:b/>
                <w:sz w:val="20"/>
                <w:szCs w:val="28"/>
              </w:rPr>
              <w:t>Students Working Above or Below Grade Level</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13E8AC7" w14:textId="5FE5CD0D" w:rsidR="00E23445" w:rsidRPr="00DF388D" w:rsidRDefault="008337A3" w:rsidP="00A241A3">
            <w:pPr>
              <w:rPr>
                <w:rFonts w:cs="Arial"/>
                <w:color w:val="1F497D" w:themeColor="text2"/>
                <w:sz w:val="20"/>
                <w:szCs w:val="20"/>
              </w:rPr>
            </w:pPr>
            <w:r w:rsidRPr="00DF388D">
              <w:rPr>
                <w:rFonts w:cs="Arial"/>
                <w:color w:val="1F497D" w:themeColor="text2"/>
                <w:sz w:val="20"/>
                <w:szCs w:val="20"/>
              </w:rPr>
              <w:t xml:space="preserve">Working </w:t>
            </w:r>
            <w:r w:rsidRPr="00DF388D">
              <w:rPr>
                <w:rFonts w:cs="Arial"/>
                <w:b/>
                <w:color w:val="1F497D" w:themeColor="text2"/>
                <w:sz w:val="20"/>
                <w:szCs w:val="20"/>
              </w:rPr>
              <w:t>Above</w:t>
            </w:r>
            <w:r w:rsidRPr="00DF388D">
              <w:rPr>
                <w:rFonts w:cs="Arial"/>
                <w:color w:val="1F497D" w:themeColor="text2"/>
                <w:sz w:val="20"/>
                <w:szCs w:val="20"/>
              </w:rPr>
              <w:t xml:space="preserve"> Grade Level</w:t>
            </w:r>
          </w:p>
          <w:p w14:paraId="777D8651" w14:textId="77777777" w:rsidR="00B7360A" w:rsidRPr="00DF388D" w:rsidRDefault="00B7360A">
            <w:pPr>
              <w:pStyle w:val="NormalWeb"/>
              <w:numPr>
                <w:ilvl w:val="0"/>
                <w:numId w:val="8"/>
              </w:numPr>
              <w:spacing w:before="120" w:line="276" w:lineRule="auto"/>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Targeted linguistic scaffolds and multi-level supports </w:t>
            </w:r>
          </w:p>
          <w:p w14:paraId="2596D7D9" w14:textId="77777777" w:rsidR="00B7360A" w:rsidRPr="00DF388D" w:rsidRDefault="00B7360A">
            <w:pPr>
              <w:pStyle w:val="NormalWeb"/>
              <w:numPr>
                <w:ilvl w:val="0"/>
                <w:numId w:val="8"/>
              </w:numPr>
              <w:spacing w:before="120" w:line="276" w:lineRule="auto"/>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Structured conversation routines that offer multiple modalities for communicating mathematical ideas while maintaining cognitive demand </w:t>
            </w:r>
          </w:p>
          <w:p w14:paraId="06B5B277" w14:textId="7BD64849" w:rsidR="00E23445" w:rsidRPr="00DF388D" w:rsidRDefault="00B7360A">
            <w:pPr>
              <w:pStyle w:val="NormalWeb"/>
              <w:numPr>
                <w:ilvl w:val="0"/>
                <w:numId w:val="8"/>
              </w:numPr>
              <w:spacing w:before="120" w:line="276" w:lineRule="auto"/>
              <w:rPr>
                <w:rFonts w:ascii="Arial" w:eastAsia="Arial" w:hAnsi="Arial" w:cs="Arial"/>
                <w:color w:val="1F497D" w:themeColor="text2"/>
                <w:sz w:val="20"/>
                <w:szCs w:val="20"/>
              </w:rPr>
            </w:pPr>
            <w:r w:rsidRPr="00DF388D">
              <w:rPr>
                <w:rFonts w:ascii="Arial" w:eastAsia="Arial" w:hAnsi="Arial" w:cs="Arial"/>
                <w:color w:val="1F497D" w:themeColor="text2"/>
                <w:sz w:val="20"/>
                <w:szCs w:val="20"/>
              </w:rPr>
              <w:t>Materials translated into Spanish</w:t>
            </w:r>
          </w:p>
          <w:p w14:paraId="038C2E37" w14:textId="70EF5E28" w:rsidR="00E23445" w:rsidRPr="00DF388D" w:rsidRDefault="008337A3" w:rsidP="00A45D93">
            <w:pPr>
              <w:rPr>
                <w:rFonts w:cs="Arial"/>
                <w:color w:val="1F497D" w:themeColor="text2"/>
                <w:sz w:val="20"/>
                <w:szCs w:val="20"/>
              </w:rPr>
            </w:pPr>
            <w:r w:rsidRPr="00DF388D">
              <w:rPr>
                <w:rFonts w:cs="Arial"/>
                <w:color w:val="1F497D" w:themeColor="text2"/>
                <w:sz w:val="20"/>
                <w:szCs w:val="20"/>
              </w:rPr>
              <w:lastRenderedPageBreak/>
              <w:t xml:space="preserve">Working </w:t>
            </w:r>
            <w:r w:rsidRPr="00DF388D">
              <w:rPr>
                <w:rFonts w:cs="Arial"/>
                <w:b/>
                <w:color w:val="1F497D" w:themeColor="text2"/>
                <w:sz w:val="20"/>
                <w:szCs w:val="20"/>
              </w:rPr>
              <w:t xml:space="preserve">Below </w:t>
            </w:r>
            <w:r w:rsidRPr="00DF388D">
              <w:rPr>
                <w:rFonts w:cs="Arial"/>
                <w:color w:val="1F497D" w:themeColor="text2"/>
                <w:sz w:val="20"/>
                <w:szCs w:val="20"/>
              </w:rPr>
              <w:t>Grade Level</w:t>
            </w:r>
          </w:p>
          <w:p w14:paraId="5B8E42E9" w14:textId="77777777" w:rsidR="00B7360A" w:rsidRPr="00DF388D" w:rsidRDefault="00B7360A">
            <w:pPr>
              <w:pStyle w:val="NormalWeb"/>
              <w:numPr>
                <w:ilvl w:val="0"/>
                <w:numId w:val="8"/>
              </w:numPr>
              <w:spacing w:before="12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Targeted linguistic scaffolds and multi-level supports </w:t>
            </w:r>
          </w:p>
          <w:p w14:paraId="7BA9D615" w14:textId="77777777" w:rsidR="00B7360A" w:rsidRPr="00DF388D" w:rsidRDefault="00B7360A">
            <w:pPr>
              <w:pStyle w:val="NormalWeb"/>
              <w:numPr>
                <w:ilvl w:val="0"/>
                <w:numId w:val="8"/>
              </w:numPr>
              <w:spacing w:before="120" w:line="276" w:lineRule="auto"/>
              <w:textAlignment w:val="baseline"/>
              <w:rPr>
                <w:rFonts w:ascii="Arial" w:eastAsia="Arial" w:hAnsi="Arial" w:cs="Arial"/>
                <w:color w:val="1F497D" w:themeColor="text2"/>
                <w:sz w:val="20"/>
                <w:szCs w:val="20"/>
              </w:rPr>
            </w:pPr>
            <w:r w:rsidRPr="00DF388D">
              <w:rPr>
                <w:rFonts w:ascii="Arial" w:eastAsia="Arial" w:hAnsi="Arial" w:cs="Arial"/>
                <w:color w:val="1F497D" w:themeColor="text2"/>
                <w:sz w:val="20"/>
                <w:szCs w:val="20"/>
              </w:rPr>
              <w:t xml:space="preserve">Structured conversation routines that offer multiple modalities for communicating mathematical ideas while maintaining cognitive demand </w:t>
            </w:r>
          </w:p>
          <w:p w14:paraId="25E22C8D" w14:textId="3D86E3FB" w:rsidR="00E23445" w:rsidRPr="00DF388D" w:rsidRDefault="00B7360A">
            <w:pPr>
              <w:pStyle w:val="ListParagraph"/>
              <w:numPr>
                <w:ilvl w:val="0"/>
                <w:numId w:val="8"/>
              </w:numPr>
              <w:contextualSpacing w:val="0"/>
              <w:rPr>
                <w:rFonts w:cs="Arial"/>
                <w:color w:val="1F497D" w:themeColor="text2"/>
                <w:sz w:val="20"/>
                <w:szCs w:val="20"/>
              </w:rPr>
            </w:pPr>
            <w:r w:rsidRPr="00DF388D">
              <w:rPr>
                <w:color w:val="1F497D" w:themeColor="text2"/>
                <w:sz w:val="20"/>
                <w:szCs w:val="20"/>
              </w:rPr>
              <w:t>Materials translated into Spanish</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70D3D4F7" w14:textId="47A182E9" w:rsidR="00E23445" w:rsidRPr="00DF388D" w:rsidRDefault="008337A3" w:rsidP="00A241A3">
            <w:pPr>
              <w:rPr>
                <w:rFonts w:cs="Arial"/>
                <w:color w:val="1F497D" w:themeColor="text2"/>
                <w:sz w:val="20"/>
                <w:szCs w:val="20"/>
              </w:rPr>
            </w:pPr>
            <w:r w:rsidRPr="00DF388D">
              <w:rPr>
                <w:rFonts w:cs="Arial"/>
                <w:color w:val="1F497D" w:themeColor="text2"/>
                <w:sz w:val="20"/>
                <w:szCs w:val="20"/>
              </w:rPr>
              <w:lastRenderedPageBreak/>
              <w:t xml:space="preserve">Working </w:t>
            </w:r>
            <w:r w:rsidRPr="00DF388D">
              <w:rPr>
                <w:rFonts w:cs="Arial"/>
                <w:b/>
                <w:color w:val="1F497D" w:themeColor="text2"/>
                <w:sz w:val="20"/>
                <w:szCs w:val="20"/>
              </w:rPr>
              <w:t>Above</w:t>
            </w:r>
            <w:r w:rsidRPr="00DF388D">
              <w:rPr>
                <w:rFonts w:cs="Arial"/>
                <w:color w:val="1F497D" w:themeColor="text2"/>
                <w:sz w:val="20"/>
                <w:szCs w:val="20"/>
              </w:rPr>
              <w:t xml:space="preserve"> Grade Level</w:t>
            </w:r>
          </w:p>
          <w:p w14:paraId="0BB3C8B7" w14:textId="6F3A78A2" w:rsidR="009F4C11" w:rsidRPr="00DF388D" w:rsidRDefault="00B7360A">
            <w:pPr>
              <w:pStyle w:val="NormalWeb"/>
              <w:numPr>
                <w:ilvl w:val="0"/>
                <w:numId w:val="8"/>
              </w:numPr>
              <w:spacing w:before="120" w:line="276" w:lineRule="auto"/>
              <w:rPr>
                <w:rFonts w:ascii="Arial" w:eastAsia="Arial" w:hAnsi="Arial" w:cs="Arial"/>
                <w:color w:val="1F497D" w:themeColor="text2"/>
                <w:sz w:val="20"/>
                <w:szCs w:val="20"/>
              </w:rPr>
            </w:pPr>
            <w:r w:rsidRPr="00DF388D">
              <w:rPr>
                <w:rFonts w:ascii="Arial" w:eastAsia="Arial" w:hAnsi="Arial" w:cs="Arial"/>
                <w:color w:val="1F497D" w:themeColor="text2"/>
                <w:sz w:val="20"/>
                <w:szCs w:val="20"/>
              </w:rPr>
              <w:t>Additional differentiated extensions to consistently challenge students working above grade level </w:t>
            </w:r>
          </w:p>
          <w:p w14:paraId="099E0D55" w14:textId="33B5CD59" w:rsidR="00E23445" w:rsidRPr="00DF388D" w:rsidRDefault="008337A3" w:rsidP="00A241A3">
            <w:pPr>
              <w:rPr>
                <w:rFonts w:cs="Arial"/>
                <w:color w:val="1F497D" w:themeColor="text2"/>
                <w:sz w:val="20"/>
                <w:szCs w:val="20"/>
              </w:rPr>
            </w:pPr>
            <w:r w:rsidRPr="00DF388D">
              <w:rPr>
                <w:rFonts w:cs="Arial"/>
                <w:color w:val="1F497D" w:themeColor="text2"/>
                <w:sz w:val="20"/>
                <w:szCs w:val="20"/>
              </w:rPr>
              <w:t xml:space="preserve">Working </w:t>
            </w:r>
            <w:r w:rsidRPr="00DF388D">
              <w:rPr>
                <w:rFonts w:cs="Arial"/>
                <w:b/>
                <w:color w:val="1F497D" w:themeColor="text2"/>
                <w:sz w:val="20"/>
                <w:szCs w:val="20"/>
              </w:rPr>
              <w:t>Below</w:t>
            </w:r>
            <w:r w:rsidRPr="00DF388D">
              <w:rPr>
                <w:rFonts w:cs="Arial"/>
                <w:color w:val="1F497D" w:themeColor="text2"/>
                <w:sz w:val="20"/>
                <w:szCs w:val="20"/>
              </w:rPr>
              <w:t xml:space="preserve"> Grade Level</w:t>
            </w:r>
          </w:p>
          <w:p w14:paraId="0F722443" w14:textId="63560A59" w:rsidR="00E23445" w:rsidRPr="00DF388D" w:rsidRDefault="00B7360A">
            <w:pPr>
              <w:pStyle w:val="ListParagraph"/>
              <w:numPr>
                <w:ilvl w:val="0"/>
                <w:numId w:val="8"/>
              </w:numPr>
              <w:contextualSpacing w:val="0"/>
              <w:rPr>
                <w:rFonts w:cs="Arial"/>
                <w:color w:val="1F497D" w:themeColor="text2"/>
                <w:sz w:val="20"/>
                <w:szCs w:val="20"/>
              </w:rPr>
            </w:pPr>
            <w:r w:rsidRPr="00DF388D">
              <w:rPr>
                <w:rFonts w:cs="Arial"/>
                <w:color w:val="1F497D" w:themeColor="text2"/>
                <w:sz w:val="20"/>
                <w:szCs w:val="20"/>
                <w:lang w:val="en"/>
              </w:rPr>
              <w:t>More explicit diagnostic-to-instruction connections not dependent on Measures of Academic Progress (MAP) data </w:t>
            </w:r>
            <w:r w:rsidRPr="00DF388D">
              <w:rPr>
                <w:rFonts w:cs="Arial"/>
                <w:color w:val="1F497D" w:themeColor="text2"/>
                <w:sz w:val="20"/>
                <w:szCs w:val="20"/>
              </w:rPr>
              <w:t> </w:t>
            </w:r>
          </w:p>
        </w:tc>
      </w:tr>
      <w:tr w:rsidR="00B7360A" w:rsidRPr="004523D0" w14:paraId="2966B82D" w14:textId="77777777" w:rsidTr="003616F6">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63013C3" w14:textId="77777777" w:rsidR="00B7360A" w:rsidRPr="00F121B8" w:rsidRDefault="00B7360A" w:rsidP="00B7360A">
            <w:pPr>
              <w:rPr>
                <w:rFonts w:cs="Arial"/>
                <w:sz w:val="20"/>
                <w:szCs w:val="28"/>
              </w:rPr>
            </w:pPr>
            <w:r w:rsidRPr="00F121B8">
              <w:rPr>
                <w:rFonts w:cs="Arial"/>
                <w:b/>
                <w:sz w:val="20"/>
                <w:szCs w:val="28"/>
              </w:rPr>
              <w:t>Diverse Representation &amp; Perspectives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022F358" w14:textId="77777777" w:rsidR="00B7360A" w:rsidRPr="00DF388D" w:rsidRDefault="00B7360A">
            <w:pPr>
              <w:pStyle w:val="ListParagraph"/>
              <w:numPr>
                <w:ilvl w:val="0"/>
                <w:numId w:val="22"/>
              </w:numPr>
              <w:spacing w:before="120" w:line="276" w:lineRule="auto"/>
              <w:rPr>
                <w:color w:val="1F497D" w:themeColor="text2"/>
                <w:sz w:val="20"/>
              </w:rPr>
            </w:pPr>
            <w:r w:rsidRPr="00DF388D">
              <w:rPr>
                <w:color w:val="1F497D" w:themeColor="text2"/>
                <w:sz w:val="20"/>
              </w:rPr>
              <w:t xml:space="preserve">Real-world and global contexts that situate math in students’ lives </w:t>
            </w:r>
          </w:p>
          <w:p w14:paraId="495279E6" w14:textId="27DE1EC2" w:rsidR="00B7360A" w:rsidRPr="00DF388D" w:rsidRDefault="00B7360A">
            <w:pPr>
              <w:pStyle w:val="ListParagraph"/>
              <w:numPr>
                <w:ilvl w:val="0"/>
                <w:numId w:val="8"/>
              </w:numPr>
              <w:contextualSpacing w:val="0"/>
              <w:rPr>
                <w:rFonts w:cs="Arial"/>
                <w:color w:val="1F497D" w:themeColor="text2"/>
                <w:sz w:val="20"/>
              </w:rPr>
            </w:pPr>
            <w:r w:rsidRPr="00DF388D">
              <w:rPr>
                <w:color w:val="1F497D" w:themeColor="text2"/>
                <w:sz w:val="20"/>
              </w:rPr>
              <w:t xml:space="preserve">Materials reflecting multiple cultural and community experiences and affirm linguistic diversity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3E56F7A1" w14:textId="0F4EBD44" w:rsidR="00B7360A" w:rsidRPr="00DF388D" w:rsidRDefault="00B7360A">
            <w:pPr>
              <w:pStyle w:val="ListParagraph"/>
              <w:numPr>
                <w:ilvl w:val="0"/>
                <w:numId w:val="8"/>
              </w:numPr>
              <w:contextualSpacing w:val="0"/>
              <w:rPr>
                <w:rFonts w:cs="Arial"/>
                <w:color w:val="1F497D" w:themeColor="text2"/>
                <w:sz w:val="20"/>
              </w:rPr>
            </w:pPr>
            <w:r w:rsidRPr="00DF388D">
              <w:rPr>
                <w:rFonts w:cs="Arial"/>
                <w:color w:val="1F497D" w:themeColor="text2"/>
                <w:sz w:val="20"/>
                <w:lang w:val="en"/>
              </w:rPr>
              <w:t>Opportunities for students to draw on their cultural and linguistic identities as mathematical strengths</w:t>
            </w:r>
            <w:r w:rsidRPr="00DF388D">
              <w:rPr>
                <w:rFonts w:cs="Arial"/>
                <w:color w:val="1F497D" w:themeColor="text2"/>
                <w:sz w:val="20"/>
              </w:rPr>
              <w:t> </w:t>
            </w:r>
          </w:p>
        </w:tc>
      </w:tr>
    </w:tbl>
    <w:p w14:paraId="64B46445" w14:textId="23A3DC15" w:rsidR="00E23445" w:rsidRPr="00F121B8" w:rsidRDefault="00C21278">
      <w:pPr>
        <w:rPr>
          <w:rFonts w:cs="Arial"/>
        </w:rPr>
      </w:pPr>
      <w:r w:rsidRPr="00F121B8">
        <w:rPr>
          <w:rFonts w:cs="Arial"/>
        </w:rPr>
        <w:br w:type="page"/>
      </w:r>
    </w:p>
    <w:p w14:paraId="7777A7AB" w14:textId="77777777" w:rsidR="00E23445" w:rsidRPr="00F121B8" w:rsidRDefault="008337A3" w:rsidP="00587AEB">
      <w:pPr>
        <w:pStyle w:val="Heading3"/>
        <w:shd w:val="clear" w:color="auto" w:fill="1F497D" w:themeFill="text2"/>
        <w:rPr>
          <w:rFonts w:cs="Arial"/>
          <w:color w:val="FFFFFF" w:themeColor="background1"/>
        </w:rPr>
      </w:pPr>
      <w:bookmarkStart w:id="12" w:name="_Toc240482796"/>
      <w:r w:rsidRPr="34380F11">
        <w:rPr>
          <w:rFonts w:cs="Arial"/>
          <w:color w:val="FFFFFF" w:themeColor="background1"/>
        </w:rPr>
        <w:lastRenderedPageBreak/>
        <w:t>Narrative Strengths and Areas for Growth</w:t>
      </w:r>
      <w:bookmarkEnd w:id="12"/>
    </w:p>
    <w:p w14:paraId="44684DF2" w14:textId="77777777" w:rsidR="00E23445" w:rsidRPr="00F121B8" w:rsidRDefault="008337A3" w:rsidP="009904F5">
      <w:pPr>
        <w:pStyle w:val="Heading4"/>
        <w:rPr>
          <w:rFonts w:cs="Arial"/>
        </w:rPr>
      </w:pPr>
      <w:r w:rsidRPr="00F121B8">
        <w:rPr>
          <w:rFonts w:cs="Arial"/>
        </w:rPr>
        <w:t>Standards Alignment</w:t>
      </w:r>
    </w:p>
    <w:p w14:paraId="70831C72" w14:textId="044CE559" w:rsidR="00E23445" w:rsidRPr="00F121B8" w:rsidRDefault="008337A3" w:rsidP="00E7591C">
      <w:pPr>
        <w:pStyle w:val="Heading5"/>
        <w:rPr>
          <w:rFonts w:cs="Arial"/>
          <w:b/>
        </w:rPr>
      </w:pPr>
      <w:r w:rsidRPr="00F121B8">
        <w:rPr>
          <w:rFonts w:cs="Arial"/>
          <w:b/>
        </w:rPr>
        <w:t>Content Standards and Organization</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1507296D" wp14:editId="4ECD06E0">
            <wp:extent cx="161925" cy="161925"/>
            <wp:effectExtent l="0" t="0" r="9525" b="9525"/>
            <wp:docPr id="48131418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63F67D80" w14:textId="77777777" w:rsidR="00B7360A" w:rsidRPr="00B7360A" w:rsidRDefault="00B7360A" w:rsidP="00393352">
      <w:pPr>
        <w:shd w:val="clear" w:color="auto" w:fill="DBE5F1" w:themeFill="accent1" w:themeFillTint="33"/>
        <w:jc w:val="both"/>
        <w:rPr>
          <w:i/>
          <w:iCs/>
        </w:rPr>
      </w:pPr>
      <w:proofErr w:type="spellStart"/>
      <w:r w:rsidRPr="00B7360A">
        <w:rPr>
          <w:b/>
          <w:bCs/>
          <w:i/>
          <w:iCs/>
          <w:lang w:val="en"/>
        </w:rPr>
        <w:t>STEMscopes</w:t>
      </w:r>
      <w:proofErr w:type="spellEnd"/>
      <w:r w:rsidRPr="00B7360A">
        <w:rPr>
          <w:b/>
          <w:bCs/>
          <w:i/>
          <w:iCs/>
          <w:lang w:val="en"/>
        </w:rPr>
        <w:t xml:space="preserve"> Math</w:t>
      </w:r>
      <w:r w:rsidRPr="00B7360A">
        <w:rPr>
          <w:b/>
          <w:bCs/>
          <w:lang w:val="en"/>
        </w:rPr>
        <w:t xml:space="preserve"> K–5 (2024)</w:t>
      </w:r>
      <w:r w:rsidRPr="00B7360A">
        <w:rPr>
          <w:lang w:val="en"/>
        </w:rPr>
        <w:t xml:space="preserve"> progress coherently from unit to unit and across grades, with clearly sequenced scopes that build conceptual understanding toward procedural fluency and real-world application. Lessons follow a consistent structure—from “Engage” to “Explore,” “Explain,” and “Elaborate”—that supports students in moving from conceptual understanding to increasingly abstract reasoning or application. While the materials address most Massachusetts-specific standards, teachers may need to supplement instruction or select standards (1.MD.D.5, 2.MD.C.7a, 3.G.A.1, and 5.NBT.B.5), which are partially covered or appear later in the scope and sequence than defined in the </w:t>
      </w:r>
      <w:r w:rsidRPr="00B7360A">
        <w:rPr>
          <w:i/>
          <w:iCs/>
          <w:lang w:val="en"/>
        </w:rPr>
        <w:t>Massachusetts Mathematics Curriculum Framework</w:t>
      </w:r>
      <w:r w:rsidRPr="00B7360A">
        <w:rPr>
          <w:lang w:val="en"/>
        </w:rPr>
        <w:t xml:space="preserve"> (2017).</w:t>
      </w:r>
      <w:r w:rsidRPr="00B7360A">
        <w:t xml:space="preserve">  </w:t>
      </w:r>
    </w:p>
    <w:p w14:paraId="70E731F4" w14:textId="59E2918C" w:rsidR="00E23445" w:rsidRPr="00F121B8" w:rsidRDefault="008337A3" w:rsidP="00E7591C">
      <w:pPr>
        <w:pStyle w:val="Heading6"/>
        <w:rPr>
          <w:rFonts w:cs="Arial"/>
        </w:rPr>
      </w:pPr>
      <w:r w:rsidRPr="00F121B8">
        <w:rPr>
          <w:rFonts w:cs="Arial"/>
        </w:rPr>
        <w:t>Strengths</w:t>
      </w:r>
    </w:p>
    <w:p w14:paraId="6C0327E7" w14:textId="77777777" w:rsidR="00B7360A" w:rsidRPr="00B7360A" w:rsidRDefault="00B7360A" w:rsidP="00393352">
      <w:pPr>
        <w:pStyle w:val="ListParagraph"/>
        <w:numPr>
          <w:ilvl w:val="0"/>
          <w:numId w:val="23"/>
        </w:numPr>
        <w:contextualSpacing w:val="0"/>
        <w:jc w:val="both"/>
      </w:pPr>
      <w:r w:rsidRPr="00B7360A">
        <w:t>Content progresses coherently from unit to unit and grade to grade in alignment with Massachusetts standards. Across Grades K–5, vertical alignment documents and scope-and-sequence resources articulate the conceptual foundation of each topic and demonstrate how prior learning supports current instruction and prepares students for future coursework. In Grade 2, “Money, Scope Overview and Handout” explicitly outlines progression from students’ prior experiences with coins and dollars in Grades K–1, connects to Grade 2 learning goals, and prepares students for more advanced applications in Grade 3. In Grade 3, “Fractions on the Number Line” engages students in physically representing fractional distances, providing a coherent transition into explore and explain activities that build understanding of fraction equivalence. Teacher resources such as Teacher Toolbox, “Essentials: Scope and Sequence” map instructional weeks to standards and identify key instructional implications, supporting teachers in scaffolding content and maintaining coherence across grade levels. </w:t>
      </w:r>
    </w:p>
    <w:p w14:paraId="501ECAC5" w14:textId="77777777" w:rsidR="00B7360A" w:rsidRPr="00B7360A" w:rsidRDefault="00B7360A" w:rsidP="00393352">
      <w:pPr>
        <w:pStyle w:val="ListParagraph"/>
        <w:numPr>
          <w:ilvl w:val="0"/>
          <w:numId w:val="23"/>
        </w:numPr>
        <w:contextualSpacing w:val="0"/>
        <w:jc w:val="both"/>
      </w:pPr>
      <w:r w:rsidRPr="00B7360A">
        <w:t>Materials build conceptual understanding, procedural fluency, and real-world application in balanced and effective ways. Lessons consistently integrate concrete models, visual representations, and real-world contexts to support understanding and skill development. In Grade 5, “Fractions as Division, Elaborate,” students apply prior knowledge of fractions and multiplication to model division problems, promoting reasoning and justification of solutions. In Grade 1, “Addition and Subtraction Strategies, Explore 1” students engage in real-world scenarios such as scoring a basketball game and calculating restaurant costs, blending conceptual understanding with procedural practice and practical application. Across grades, the structure of lessons—“Engage,” “Explore,” “Explain,” “Elaborate,” and “Evaluate”—ensures students develop understanding before applying skills in authentic contexts. </w:t>
      </w:r>
    </w:p>
    <w:p w14:paraId="5E712D09" w14:textId="1B87EE0D" w:rsidR="00E23445" w:rsidRPr="00F121B8" w:rsidRDefault="008337A3" w:rsidP="00E7591C">
      <w:pPr>
        <w:pStyle w:val="Heading6"/>
        <w:rPr>
          <w:rFonts w:cs="Arial"/>
        </w:rPr>
      </w:pPr>
      <w:r w:rsidRPr="00F121B8">
        <w:rPr>
          <w:rFonts w:cs="Arial"/>
        </w:rPr>
        <w:t>Areas for Growth</w:t>
      </w:r>
    </w:p>
    <w:p w14:paraId="2C6AA3D2" w14:textId="77777777" w:rsidR="00B7360A" w:rsidRPr="00B7360A" w:rsidRDefault="00B7360A" w:rsidP="00393352">
      <w:pPr>
        <w:pStyle w:val="ListParagraph"/>
        <w:numPr>
          <w:ilvl w:val="0"/>
          <w:numId w:val="24"/>
        </w:numPr>
        <w:jc w:val="both"/>
        <w:rPr>
          <w:b/>
          <w:bCs/>
        </w:rPr>
      </w:pPr>
      <w:r w:rsidRPr="00B7360A">
        <w:t xml:space="preserve">While the materials address most Massachusetts-specific standards, teachers may need to supplement instruction for certain Massachusetts-specific standards. In Grade 1, “Money, Explore 2,” the value of coins is addressed, but does not meet the full expectation of 1.MD.D.5. In Grade 1, “Operations &amp; Algebraic Thinking, Explore 1,” the materials partially address the expectations of 1.OA.B.3, but the identity property of zero is omitted. In Grade 2, “Time, Explore 1,” time is addressed but the expectation of 2.MD.C.7a which includes weeks, months, and years is not. In Grade 2, the expectation of 2.OA.B.2, which includes fluency and mental strategies is not addressed. In </w:t>
      </w:r>
      <w:r w:rsidRPr="00B7360A">
        <w:lastRenderedPageBreak/>
        <w:t>Grade 3, “Geometry, Explore 1,” 3.G.A.1 is generally addressed but could include more explicit attention to right angles within classification activities. In Grade 5, “Multiplication, Elaborate 1,” the materials do not fully represent specific multiplication sizes, requiring teacher supplementation to achieve complete alignment with Massachusetts standards. </w:t>
      </w:r>
    </w:p>
    <w:p w14:paraId="35979DC8" w14:textId="7E27E27D" w:rsidR="00E23445" w:rsidRPr="00F121B8" w:rsidRDefault="008337A3" w:rsidP="00DF388D">
      <w:pPr>
        <w:pStyle w:val="Heading5"/>
        <w:spacing w:before="240"/>
        <w:rPr>
          <w:rFonts w:cs="Arial"/>
          <w:b/>
        </w:rPr>
      </w:pPr>
      <w:r w:rsidRPr="00F121B8">
        <w:rPr>
          <w:rFonts w:cs="Arial"/>
          <w:b/>
        </w:rPr>
        <w:t>Grade-Appropriate Practices</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5B28CC78" wp14:editId="4739098F">
            <wp:extent cx="161925" cy="161925"/>
            <wp:effectExtent l="0" t="0" r="9525" b="9525"/>
            <wp:docPr id="143233701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57F9B695" w14:textId="77777777" w:rsidR="00B7360A" w:rsidRPr="00B7360A" w:rsidRDefault="00B7360A" w:rsidP="00393352">
      <w:pPr>
        <w:shd w:val="clear" w:color="auto" w:fill="DBE5F1" w:themeFill="accent1" w:themeFillTint="33"/>
        <w:jc w:val="both"/>
        <w:rPr>
          <w:i/>
          <w:iCs/>
        </w:rPr>
      </w:pPr>
      <w:proofErr w:type="spellStart"/>
      <w:r w:rsidRPr="00B7360A">
        <w:rPr>
          <w:b/>
          <w:bCs/>
          <w:i/>
          <w:iCs/>
          <w:lang w:val="en"/>
        </w:rPr>
        <w:t>STEMscopes</w:t>
      </w:r>
      <w:proofErr w:type="spellEnd"/>
      <w:r w:rsidRPr="00B7360A">
        <w:rPr>
          <w:b/>
          <w:bCs/>
          <w:i/>
          <w:iCs/>
          <w:lang w:val="en"/>
        </w:rPr>
        <w:t xml:space="preserve"> Math</w:t>
      </w:r>
      <w:r w:rsidRPr="00B7360A">
        <w:rPr>
          <w:b/>
          <w:bCs/>
          <w:lang w:val="en"/>
        </w:rPr>
        <w:t xml:space="preserve"> K–5 (2024)</w:t>
      </w:r>
      <w:r w:rsidRPr="00B7360A">
        <w:rPr>
          <w:lang w:val="en"/>
        </w:rPr>
        <w:t xml:space="preserve"> </w:t>
      </w:r>
      <w:r w:rsidRPr="00B7360A">
        <w:t xml:space="preserve">support students in using multiple representations when solving problems. Students are prompted to justify their solutions through clear oral and written communication, with strong opportunities for collaboration and academic conversation, as well as embedded scaffolds to support diverse learners, including English learners. Through these materials, students strategically select and use a range of appropriate tools, such as manipulatives, visual models, and diagrams, to solve problems. They are also encouraged to explain their thinking to others and to evaluate the reasoning of their peers. </w:t>
      </w:r>
    </w:p>
    <w:p w14:paraId="148CBF07" w14:textId="094FDDB9" w:rsidR="00E23445" w:rsidRPr="00F121B8" w:rsidRDefault="008337A3" w:rsidP="00E7591C">
      <w:pPr>
        <w:pStyle w:val="Heading6"/>
        <w:rPr>
          <w:rFonts w:cs="Arial"/>
        </w:rPr>
      </w:pPr>
      <w:r w:rsidRPr="00F121B8">
        <w:rPr>
          <w:rFonts w:cs="Arial"/>
        </w:rPr>
        <w:t>Strengths</w:t>
      </w:r>
    </w:p>
    <w:p w14:paraId="68D40C3A" w14:textId="77777777" w:rsidR="00B7360A" w:rsidRPr="00B7360A" w:rsidRDefault="00B7360A" w:rsidP="00393352">
      <w:pPr>
        <w:pStyle w:val="ListParagraph"/>
        <w:numPr>
          <w:ilvl w:val="0"/>
          <w:numId w:val="24"/>
        </w:numPr>
        <w:contextualSpacing w:val="0"/>
        <w:jc w:val="both"/>
      </w:pPr>
      <w:r w:rsidRPr="00B7360A">
        <w:t>Materials encourage students to use multiple representations when solving problems, supporting conceptual understanding and flexible reasoning across grades K–5. Across lessons, students regularly engage with visual models, manipulatives, and symbolic representations, with clear expectations for increasingly strategic use as they advance through grade levels. In Grade 1, “Fractions, Explore 1,” students represent fractional parts using area models and explain connections between representations during structured partner discussions. By Grade 4, in “Problem Solve with Measurement, Explain 1,” students use visual models with equations to reason about measurement relationships, demonstrating a progression toward more abstract representations. This coherent progression highlights an intentional design that supports students in connecting concrete, visual, and symbolic representations when solving grade-level problems. </w:t>
      </w:r>
    </w:p>
    <w:p w14:paraId="29E60F13" w14:textId="77777777" w:rsidR="00B7360A" w:rsidRPr="00B7360A" w:rsidRDefault="00B7360A" w:rsidP="00393352">
      <w:pPr>
        <w:pStyle w:val="ListParagraph"/>
        <w:numPr>
          <w:ilvl w:val="0"/>
          <w:numId w:val="24"/>
        </w:numPr>
        <w:contextualSpacing w:val="0"/>
        <w:jc w:val="both"/>
      </w:pPr>
      <w:r w:rsidRPr="00B7360A">
        <w:t>Materials provide frequent opportunities for students to justify solutions using clear oral and written communication. Lessons consistently prompt students to explain how they solved problems, compare multiple strategies, and articulate reasoning using appropriate academic language. In Kindergarten, “Join and Separate, Explore 2,” students verbally explain their thinking while modeling problem situations. In Grade 3, “Multiplication Models, Explore 2,” students describe similarities and differences between strategies using arrays and repeated addition, supporting both written and oral justification. In Grade 5, “Divide Unit Fractions, Explain Part 1,” students participate in partner discussions and produce written responses that require precise mathematical language to justify their reasoning. These opportunities reinforce grade-level expectations for explanation, justification, and mathematical communication.  </w:t>
      </w:r>
    </w:p>
    <w:p w14:paraId="79DD04FF" w14:textId="77777777" w:rsidR="00B7360A" w:rsidRPr="00B7360A" w:rsidRDefault="00B7360A" w:rsidP="00393352">
      <w:pPr>
        <w:pStyle w:val="ListParagraph"/>
        <w:numPr>
          <w:ilvl w:val="0"/>
          <w:numId w:val="24"/>
        </w:numPr>
        <w:contextualSpacing w:val="0"/>
        <w:jc w:val="both"/>
      </w:pPr>
      <w:r w:rsidRPr="00B7360A">
        <w:t>Materials encourage students to solve problems through strategic selection and use of a range of appropriate tools including manipulatives, visual models, diagrams, and tables. The lessons intentionally embed tools throughout instruction to support sense-making, with a particular emphasis on hands-on materials in the early grades. In Kindergarten, “Count Objects, Explore 2,” students model problems using counters and drawings to develop conceptual understanding. In Grade 1, “Data Analysis, Explore 1,” students use a Venn diagram to sort and record data based on animal picture cards to identify visual similarities and differences. Tools support problem solving and reasoning with increasing independence and complexity across grade levels. </w:t>
      </w:r>
    </w:p>
    <w:p w14:paraId="2F159436" w14:textId="77777777" w:rsidR="00B7360A" w:rsidRPr="00B7360A" w:rsidRDefault="00B7360A" w:rsidP="00393352">
      <w:pPr>
        <w:pStyle w:val="ListParagraph"/>
        <w:numPr>
          <w:ilvl w:val="0"/>
          <w:numId w:val="24"/>
        </w:numPr>
        <w:contextualSpacing w:val="0"/>
        <w:jc w:val="both"/>
      </w:pPr>
      <w:r w:rsidRPr="00B7360A">
        <w:t xml:space="preserve">Materials consistently encourage students to explain their thinking to others and evaluate others’ thinking and engage with others’ reasoning through structured discussion routines. Lessons include regular partner and small-group opportunities where students share strategies and respond to peers’ </w:t>
      </w:r>
      <w:r w:rsidRPr="00B7360A">
        <w:lastRenderedPageBreak/>
        <w:t>ideas. In Grade 2, “Addition and Subtraction Strategies, Explore 4,” students explain their approaches and compare related facts with classmates. In Grade 4, “Represent and Compare Decimals, Explain,” students discuss and defend place value reasoning while responding to peers’ explanations. These discussion routines support students in articulating reasoning and considering alternative approaches as part of mathematical problem solving. </w:t>
      </w:r>
    </w:p>
    <w:p w14:paraId="69E3B2E8" w14:textId="77777777" w:rsidR="00B7360A" w:rsidRPr="00B7360A" w:rsidRDefault="00B7360A" w:rsidP="00393352">
      <w:pPr>
        <w:pStyle w:val="ListParagraph"/>
        <w:numPr>
          <w:ilvl w:val="0"/>
          <w:numId w:val="24"/>
        </w:numPr>
        <w:contextualSpacing w:val="0"/>
        <w:jc w:val="both"/>
      </w:pPr>
      <w:r w:rsidRPr="00B7360A">
        <w:t>Materials provide consistent opportunities for students to participate in conversation and collaboration with peers focused on lesson content. Collaborative structures such as partner talk, small-group problem solving, and whole-class discussion are embedded across grades. In Grade 1, “Add and Subtract Within 20, Explore 4,” students share and compare strategies for solving addition and subtraction problems. In Grade 4, “Equivalent Fractions,” students collaborate to justify fraction comparisons and present reasoning to peers. Embedded sentence stems and discussion prompts support participation for English learners, promoting access to collaborative mathematical discourse and reinforcing engagement with content through peer collaboration. </w:t>
      </w:r>
    </w:p>
    <w:p w14:paraId="2D65BD29" w14:textId="77777777" w:rsidR="00E23445" w:rsidRPr="00F121B8" w:rsidRDefault="008337A3" w:rsidP="00270B9C">
      <w:pPr>
        <w:pStyle w:val="Heading6"/>
      </w:pPr>
      <w:r w:rsidRPr="00F121B8">
        <w:t>Areas for Growth</w:t>
      </w:r>
    </w:p>
    <w:p w14:paraId="027C1F08" w14:textId="7674FC86" w:rsidR="00E23445" w:rsidRPr="00094944" w:rsidRDefault="00DF388D" w:rsidP="00393352">
      <w:pPr>
        <w:pStyle w:val="ListParagraph"/>
        <w:numPr>
          <w:ilvl w:val="0"/>
          <w:numId w:val="22"/>
        </w:numPr>
        <w:contextualSpacing w:val="0"/>
        <w:jc w:val="both"/>
        <w:rPr>
          <w:rFonts w:cs="Arial"/>
        </w:rPr>
      </w:pPr>
      <w:r w:rsidRPr="00094944">
        <w:rPr>
          <w:rFonts w:cs="Arial"/>
        </w:rPr>
        <w:t>None identified.</w:t>
      </w:r>
      <w:r w:rsidR="00094944" w:rsidRPr="00094944">
        <w:rPr>
          <w:rFonts w:cs="Arial"/>
        </w:rPr>
        <w:t xml:space="preserve"> Reviewers did not identify a growth area through this review; it does not indicate that no areas for growth exist.</w:t>
      </w:r>
    </w:p>
    <w:p w14:paraId="0395A077" w14:textId="77777777" w:rsidR="00850744" w:rsidRDefault="00850744">
      <w:pPr>
        <w:spacing w:after="200" w:line="276" w:lineRule="auto"/>
        <w:rPr>
          <w:rFonts w:eastAsiaTheme="majorEastAsia" w:cstheme="majorBidi"/>
          <w:b/>
          <w:bCs/>
          <w:i/>
          <w:iCs/>
          <w:sz w:val="32"/>
          <w:szCs w:val="32"/>
        </w:rPr>
      </w:pPr>
      <w:r>
        <w:br w:type="page"/>
      </w:r>
    </w:p>
    <w:p w14:paraId="6EBF252F" w14:textId="69DAA26A" w:rsidR="00E23445" w:rsidRPr="00F121B8" w:rsidRDefault="008337A3" w:rsidP="001C7299">
      <w:pPr>
        <w:pStyle w:val="Heading4"/>
      </w:pPr>
      <w:r w:rsidRPr="00F121B8">
        <w:lastRenderedPageBreak/>
        <w:t>Classroom Application</w:t>
      </w:r>
    </w:p>
    <w:p w14:paraId="36026D85" w14:textId="0B406341" w:rsidR="00E23445" w:rsidRPr="00F121B8" w:rsidRDefault="008337A3" w:rsidP="00E7591C">
      <w:pPr>
        <w:pStyle w:val="Heading5"/>
        <w:rPr>
          <w:rFonts w:cs="Arial"/>
          <w:b/>
        </w:rPr>
      </w:pPr>
      <w:r w:rsidRPr="00F121B8">
        <w:rPr>
          <w:rFonts w:cs="Arial"/>
          <w:b/>
        </w:rPr>
        <w:t>Accessibility for Students</w:t>
      </w:r>
      <w:r w:rsidR="00A45D93" w:rsidRPr="00F121B8">
        <w:rPr>
          <w:rFonts w:cs="Arial"/>
          <w:b/>
        </w:rPr>
        <w:t xml:space="preserve"> </w:t>
      </w:r>
      <w:r w:rsidR="00EA53B1">
        <w:rPr>
          <w:noProof/>
        </w:rPr>
        <w:drawing>
          <wp:inline distT="0" distB="0" distL="0" distR="0" wp14:anchorId="402C5F66" wp14:editId="01549B09">
            <wp:extent cx="161925" cy="161925"/>
            <wp:effectExtent l="0" t="0" r="9525" b="9525"/>
            <wp:docPr id="56082869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6029ECCD" w14:textId="77777777" w:rsidR="001C7299" w:rsidRDefault="001C7299" w:rsidP="00393352">
      <w:pPr>
        <w:shd w:val="clear" w:color="auto" w:fill="DBE5F1" w:themeFill="accent1" w:themeFillTint="33"/>
        <w:jc w:val="both"/>
        <w:rPr>
          <w:i/>
          <w:iCs/>
        </w:rPr>
      </w:pPr>
      <w:proofErr w:type="spellStart"/>
      <w:r w:rsidRPr="001C7299">
        <w:rPr>
          <w:b/>
          <w:bCs/>
          <w:i/>
          <w:iCs/>
          <w:lang w:val="en"/>
        </w:rPr>
        <w:t>STEMscopes</w:t>
      </w:r>
      <w:proofErr w:type="spellEnd"/>
      <w:r w:rsidRPr="001C7299">
        <w:rPr>
          <w:b/>
          <w:bCs/>
          <w:i/>
          <w:iCs/>
          <w:lang w:val="en"/>
        </w:rPr>
        <w:t xml:space="preserve"> Math</w:t>
      </w:r>
      <w:r w:rsidRPr="001C7299">
        <w:rPr>
          <w:lang w:val="en"/>
        </w:rPr>
        <w:t xml:space="preserve"> </w:t>
      </w:r>
      <w:r w:rsidRPr="001C7299">
        <w:rPr>
          <w:b/>
          <w:bCs/>
          <w:lang w:val="en"/>
        </w:rPr>
        <w:t>K–5 (2024)</w:t>
      </w:r>
      <w:r w:rsidRPr="001C7299">
        <w:rPr>
          <w:lang w:val="en"/>
        </w:rPr>
        <w:t xml:space="preserve"> </w:t>
      </w:r>
      <w:r w:rsidRPr="001C7299">
        <w:t xml:space="preserve">provides strong supports that help teachers support students with disabilities, English learners, and students working above or below grade level can access and demonstrate understanding of grade-level mathematics through varied formats, scaffolded guidance, and structured language supports. Students engage with meaningful real-world contexts and encounter opportunities to connect learning to home and community experiences. While English learner supports are primarily limited to English and Spanish, some differentiation guidance relies on MAP (Measures of Academic Progress) Growth data that may not be used in all districts, and opportunities to consistently affirm diverse cultural identities and deepen representation are uneven, particularly in Grades 3–5. Teachers may need to supplement language scaffolds, culturally affirming materials, and identity-centered opportunities to provide equitable access and affirmation for all learners. </w:t>
      </w:r>
    </w:p>
    <w:p w14:paraId="16305206" w14:textId="05B3DCCA" w:rsidR="00E23445" w:rsidRPr="00F121B8" w:rsidRDefault="008337A3" w:rsidP="00E7591C">
      <w:pPr>
        <w:pStyle w:val="Heading6"/>
        <w:rPr>
          <w:rFonts w:cs="Arial"/>
        </w:rPr>
      </w:pPr>
      <w:r w:rsidRPr="00F121B8">
        <w:rPr>
          <w:rFonts w:cs="Arial"/>
        </w:rPr>
        <w:t>Strengths</w:t>
      </w:r>
    </w:p>
    <w:p w14:paraId="131F260A" w14:textId="77777777" w:rsidR="001C7299" w:rsidRDefault="001C7299" w:rsidP="00393352">
      <w:pPr>
        <w:pStyle w:val="ListParagraph"/>
        <w:numPr>
          <w:ilvl w:val="0"/>
          <w:numId w:val="25"/>
        </w:numPr>
        <w:contextualSpacing w:val="0"/>
        <w:jc w:val="both"/>
      </w:pPr>
      <w:r w:rsidRPr="001C7299">
        <w:t>Materials provide for varied means of accessing content, helping teachers meet the diverse needs of students with disabilities and those working above or below grade level. In “Kindergarten, Data Analysis, Evaluate: Technology-Enhanced Questions,” students engage with computer-based formats such as sorting, sequencing, and interactive graphs, supporting multiple means of perception aligned with Universal Design for Learning (UDL) principles. In Grade 1, “Two-Dimensional Shapes, Scaffolded Instruction Guide,” teachers receive structured guidance based on student performance bands, allowing access points for learners working below, at, or above grade level. The guide organizes supports into four percentile ranges and connects each range to specific tasks throughout the scope of instruction. This structure supports intentional access to core content for all students while allowing teachers to differentiate instruction based on demonstrated student needs. In Grade 1, “Compare Numbers to 100, Intervention” picture dictionaries, anchor charts, and visual glossaries provide multiple entry points, supporting students with varied learning needs and enabling differentiated access to core content. In Grade 3, “Acceleration: Create Your Own,” acceleration activities provide enriched opportunities for students to extend their understanding beyond the core lesson. </w:t>
      </w:r>
    </w:p>
    <w:p w14:paraId="4D3A4433" w14:textId="77777777" w:rsidR="001C7299" w:rsidRPr="001C7299" w:rsidRDefault="001C7299" w:rsidP="00393352">
      <w:pPr>
        <w:pStyle w:val="ListParagraph"/>
        <w:numPr>
          <w:ilvl w:val="0"/>
          <w:numId w:val="25"/>
        </w:numPr>
        <w:contextualSpacing w:val="0"/>
        <w:jc w:val="both"/>
      </w:pPr>
      <w:r w:rsidRPr="001C7299">
        <w:rPr>
          <w:rFonts w:cs="Arial"/>
          <w:szCs w:val="20"/>
        </w:rPr>
        <w:t>Materials provide varied opportunities for students to demonstrate learning, helping teachers meet the diverse needs of learners, including students with disabilities and those working above or below grade level. Students regularly show understanding through written, oral, visual, and kinesthetic formats. In Grade 5, “Launch Into Grade 5, Explain: Vocabulary Strategies” students illustrate vocabulary words for peers to identify, promoting expressive understanding through art and oral explanation. In Grade 1, “Compare Numbers to 100, Evaluate students” select how to show their thinking using icons such as “Talk about it,” “Model it,” “Write about it,” “Solve it,” “Draw it,” or “Student choice,” supporting learner agency and multiple means of action and expression. Across scopes, evaluation tasks, such as those in “Grade 1, Add and Subtract Within 20, Evaluate: Observation Checklist,” allow students to demonstrate understanding without relying solely on written language, supporting students with disabilities and those developing English proficiency. Lessons in Grade 5, “Divide Unit Fractions, Explain 1” include “Think Aloud” routines and partner discussions that help English learners use precise academic language to explain inverse operations and reasoning. </w:t>
      </w:r>
    </w:p>
    <w:p w14:paraId="52C920A3" w14:textId="77777777" w:rsidR="001C7299" w:rsidRPr="001C7299" w:rsidRDefault="001C7299" w:rsidP="00393352">
      <w:pPr>
        <w:pStyle w:val="ListParagraph"/>
        <w:numPr>
          <w:ilvl w:val="0"/>
          <w:numId w:val="25"/>
        </w:numPr>
        <w:contextualSpacing w:val="0"/>
        <w:jc w:val="both"/>
      </w:pPr>
      <w:r w:rsidRPr="001C7299">
        <w:rPr>
          <w:rFonts w:cs="Arial"/>
          <w:szCs w:val="20"/>
        </w:rPr>
        <w:t xml:space="preserve">Materials support teachers in ensuring that students at various levels of English proficiency have access to grade-level content, cognitively demanding tasks, and opportunities to develop academic </w:t>
      </w:r>
      <w:r w:rsidRPr="001C7299">
        <w:rPr>
          <w:rFonts w:cs="Arial"/>
          <w:szCs w:val="20"/>
        </w:rPr>
        <w:lastRenderedPageBreak/>
        <w:t>language in English. Layered language supports help English learners engage with grade-level mathematics and participate in rigorous discourse. The Teacher Toolbox, “Multilingual Learners: Linguistic Diversity,” provides proficiency-based stems (such as those used to explain, agree, disagree, or ask for clarification) along with vocabulary organizers that connect mathematical terms to students’ background knowledge. Structured conversation routines in the Teacher Toolbox, “Essentials: Structured Conversations,” including “Pair–Square–Share,” “Turn and Talk,” “Conga Line,” “Four Corners,” and “Inside/Outside Circles,” offer multiple modalities for communicating mathematical ideas while maintaining cognitive demand. In Grade 4, “Represent and Compare Decimals, Foundation Builder” clarifies words with multiple meanings (such as “whole” and “third”), helping teachers address linguistic ambiguity that may hinder mathematical understanding. Across scopes, EL supports are provided at three proficiency levels, and downloadable English and Spanish presentations increase access for students and families. </w:t>
      </w:r>
    </w:p>
    <w:p w14:paraId="4AC3E3B2" w14:textId="299EF927" w:rsidR="001C7299" w:rsidRPr="001C7299" w:rsidRDefault="001C7299" w:rsidP="00393352">
      <w:pPr>
        <w:pStyle w:val="ListParagraph"/>
        <w:numPr>
          <w:ilvl w:val="0"/>
          <w:numId w:val="25"/>
        </w:numPr>
        <w:contextualSpacing w:val="0"/>
        <w:jc w:val="both"/>
      </w:pPr>
      <w:r w:rsidRPr="001C7299">
        <w:rPr>
          <w:rFonts w:cs="Arial"/>
          <w:szCs w:val="20"/>
        </w:rPr>
        <w:t>Materials include questions and tasks that affirm and value diverse identities, backgrounds, and perspectives. In Grade 4, “Place Value of Whole Numbers, Acceleration,” students analyze real population data from communities in the Philippines, Vietnam, and Thailand, supporting the recognition of mathematics as relevant to real people and places. Across grades, “Math Today” activities consistently situate math learning within meaningful human contexts. In Grades K-2, materials invite students to draw on their home environments. In Grade 2,  take-home letters provide family choice boards that link mathematical routines to household experiences. In Grade 2, “Time, Elaborate: Life Connections,” materials prompt students to discuss clocks used in their homes and communities. In Grade 1, “Money, Explain: Language Connections,” encourages teachers to leverage students’ home languages, particularly Spanish and English, positioning linguistic diversity as an asset for learning.</w:t>
      </w:r>
    </w:p>
    <w:p w14:paraId="7300C7D0" w14:textId="66D00339" w:rsidR="00E23445" w:rsidRPr="00F121B8" w:rsidRDefault="008337A3" w:rsidP="00E7591C">
      <w:pPr>
        <w:pStyle w:val="Heading6"/>
        <w:rPr>
          <w:rFonts w:cs="Arial"/>
        </w:rPr>
      </w:pPr>
      <w:r w:rsidRPr="00F121B8">
        <w:rPr>
          <w:rFonts w:cs="Arial"/>
        </w:rPr>
        <w:t>Areas for Growth</w:t>
      </w:r>
    </w:p>
    <w:p w14:paraId="3C4C1D55" w14:textId="77777777" w:rsidR="001C7299" w:rsidRDefault="001C7299" w:rsidP="00393352">
      <w:pPr>
        <w:pStyle w:val="ListParagraph"/>
        <w:numPr>
          <w:ilvl w:val="0"/>
          <w:numId w:val="18"/>
        </w:numPr>
        <w:spacing w:before="120" w:line="276" w:lineRule="auto"/>
        <w:contextualSpacing w:val="0"/>
        <w:jc w:val="both"/>
        <w:rPr>
          <w:color w:val="auto"/>
          <w:szCs w:val="24"/>
        </w:rPr>
      </w:pPr>
      <w:r>
        <w:rPr>
          <w:szCs w:val="24"/>
        </w:rPr>
        <w:t xml:space="preserve">While materials provide for varied means of accessing content, the “Scaffolded Instruction Guide” relies on MAP (Measures of Academic Progress) Growth percentile bands to differentiate instruction. In Grade 1, “Two-Dimensional Shapes,” guidance is organized around these bands, which may limit its usefulness for districts that do not use MAP. Teachers without MAP data may find it challenging to implement the supports as intended. Providing alternative guidance based on classroom-based formative assessments could help all teachers more effectively leverage these resources for differentiated instruction. </w:t>
      </w:r>
    </w:p>
    <w:p w14:paraId="4F0E2244" w14:textId="77777777" w:rsidR="001C7299" w:rsidRDefault="001C7299" w:rsidP="00393352">
      <w:pPr>
        <w:pStyle w:val="ListParagraph"/>
        <w:numPr>
          <w:ilvl w:val="0"/>
          <w:numId w:val="18"/>
        </w:numPr>
        <w:spacing w:before="120" w:line="276" w:lineRule="auto"/>
        <w:contextualSpacing w:val="0"/>
        <w:jc w:val="both"/>
        <w:rPr>
          <w:szCs w:val="24"/>
        </w:rPr>
      </w:pPr>
      <w:r>
        <w:rPr>
          <w:szCs w:val="24"/>
        </w:rPr>
        <w:t xml:space="preserve">While materials offer strong supports for English learners, translated resources are primarily available in English and Spanish, which may limit access for students whose home languages differ, including in the Grades K–5 PowerPoint Slides. Some language supports, such as proficiency-based stems and linguistic routines from the Teacher Toolbox, “Multilingual Learners: Linguistic Diversity,” are not always clearly integrated into the lesson sequence, which may make them challenging for teachers to implement consistently. In upper grades, including Grade 5 units, EL supports are less robust and less consistently embedded than in Grades 3–4, requiring teachers to supplement language scaffolds more frequently. </w:t>
      </w:r>
    </w:p>
    <w:p w14:paraId="6C45631E" w14:textId="77777777" w:rsidR="001C7299" w:rsidRDefault="001C7299" w:rsidP="00393352">
      <w:pPr>
        <w:pStyle w:val="ListParagraph"/>
        <w:numPr>
          <w:ilvl w:val="0"/>
          <w:numId w:val="18"/>
        </w:numPr>
        <w:spacing w:before="120" w:line="276" w:lineRule="auto"/>
        <w:contextualSpacing w:val="0"/>
        <w:jc w:val="both"/>
        <w:rPr>
          <w:szCs w:val="24"/>
        </w:rPr>
      </w:pPr>
      <w:r>
        <w:rPr>
          <w:szCs w:val="24"/>
        </w:rPr>
        <w:t xml:space="preserve">While materials include tasks that affirm diverse identities, backgrounds, and perspectives, the depth and consistency of cultural and identity affirmation are limited. Recurring structures, such as Life Connections and real-world contexts, are effective, but students do not consistently see their identities reflected in visible, concrete ways. Visuals in student-facing materials are often minimal, and “Career Connections” in Grades 3–5 show narrow representation of race, gender, and professional identity. Linguistic supports include Spanish-English resources, providing targeted scaffolds for many English </w:t>
      </w:r>
      <w:r>
        <w:rPr>
          <w:szCs w:val="24"/>
        </w:rPr>
        <w:lastRenderedPageBreak/>
        <w:t>learners, though supports for speakers of other languages are limited. Many tasks reference real-world contexts, but opportunities to elevate multiple perspectives and challenge dominant narratives are limited. Teachers may need to supplement with expanded representation, structured routines, and opportunities for students to share their lived experiences to affirm identity, community knowledge, and belonging.</w:t>
      </w:r>
    </w:p>
    <w:p w14:paraId="5CE9BEA3" w14:textId="4808F119" w:rsidR="00E23445" w:rsidRPr="00F121B8" w:rsidRDefault="008337A3" w:rsidP="009904F5">
      <w:pPr>
        <w:pStyle w:val="Heading5"/>
        <w:rPr>
          <w:rFonts w:cs="Arial"/>
          <w:b/>
        </w:rPr>
      </w:pPr>
      <w:r w:rsidRPr="00F121B8">
        <w:rPr>
          <w:rFonts w:cs="Arial"/>
          <w:b/>
        </w:rPr>
        <w:t>Usability for Teacher</w:t>
      </w:r>
      <w:r w:rsidR="00A45D93" w:rsidRPr="00F121B8">
        <w:rPr>
          <w:rFonts w:cs="Arial"/>
          <w:b/>
        </w:rPr>
        <w:t xml:space="preserve">s </w:t>
      </w:r>
      <w:r w:rsidR="00573678" w:rsidRPr="00F121B8">
        <w:rPr>
          <w:rFonts w:cs="Arial"/>
          <w:b/>
        </w:rPr>
        <w:t xml:space="preserve"> </w:t>
      </w:r>
      <w:r w:rsidR="00EA53B1">
        <w:rPr>
          <w:noProof/>
        </w:rPr>
        <w:drawing>
          <wp:inline distT="0" distB="0" distL="0" distR="0" wp14:anchorId="1A1621A7" wp14:editId="5E15C7C7">
            <wp:extent cx="161925" cy="161925"/>
            <wp:effectExtent l="0" t="0" r="9525" b="9525"/>
            <wp:docPr id="2053405955"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400CB205" w14:textId="34BB9227" w:rsidR="00573678" w:rsidRPr="00F121B8" w:rsidRDefault="001C7299" w:rsidP="00393352">
      <w:pPr>
        <w:shd w:val="clear" w:color="auto" w:fill="DBE5F1" w:themeFill="accent1" w:themeFillTint="33"/>
        <w:spacing w:before="120"/>
        <w:jc w:val="both"/>
        <w:rPr>
          <w:rFonts w:cs="Arial"/>
        </w:rPr>
      </w:pPr>
      <w:proofErr w:type="spellStart"/>
      <w:r w:rsidRPr="001C7299">
        <w:rPr>
          <w:rFonts w:cs="Arial"/>
          <w:b/>
          <w:bCs/>
          <w:i/>
          <w:iCs/>
          <w:szCs w:val="24"/>
          <w:lang w:val="en"/>
        </w:rPr>
        <w:t>STEMscopes</w:t>
      </w:r>
      <w:proofErr w:type="spellEnd"/>
      <w:r w:rsidRPr="001C7299">
        <w:rPr>
          <w:rFonts w:cs="Arial"/>
          <w:b/>
          <w:bCs/>
          <w:i/>
          <w:iCs/>
          <w:szCs w:val="24"/>
          <w:lang w:val="en"/>
        </w:rPr>
        <w:t xml:space="preserve"> Math </w:t>
      </w:r>
      <w:r w:rsidRPr="001C7299">
        <w:rPr>
          <w:rFonts w:cs="Arial"/>
          <w:b/>
          <w:bCs/>
          <w:szCs w:val="24"/>
          <w:lang w:val="en"/>
        </w:rPr>
        <w:t>K–5</w:t>
      </w:r>
      <w:r w:rsidRPr="001C7299">
        <w:rPr>
          <w:rFonts w:cs="Arial"/>
          <w:b/>
          <w:bCs/>
          <w:i/>
          <w:iCs/>
          <w:szCs w:val="24"/>
          <w:lang w:val="en"/>
        </w:rPr>
        <w:t xml:space="preserve"> </w:t>
      </w:r>
      <w:r w:rsidRPr="001C7299">
        <w:rPr>
          <w:rFonts w:cs="Arial"/>
          <w:b/>
          <w:bCs/>
          <w:szCs w:val="24"/>
          <w:lang w:val="en"/>
        </w:rPr>
        <w:t>(2024)</w:t>
      </w:r>
      <w:r w:rsidRPr="001C7299">
        <w:rPr>
          <w:rFonts w:cs="Arial"/>
          <w:i/>
          <w:iCs/>
          <w:szCs w:val="24"/>
          <w:lang w:val="en"/>
        </w:rPr>
        <w:t xml:space="preserve"> </w:t>
      </w:r>
      <w:r w:rsidRPr="001C7299">
        <w:rPr>
          <w:rFonts w:cs="Arial"/>
          <w:szCs w:val="24"/>
          <w:lang w:val="en"/>
        </w:rPr>
        <w:t xml:space="preserve">lessons </w:t>
      </w:r>
      <w:r w:rsidRPr="001C7299">
        <w:rPr>
          <w:rFonts w:cs="Arial"/>
          <w:szCs w:val="24"/>
        </w:rPr>
        <w:t xml:space="preserve">and tasks advance student learning with clear purpose. Materials support teachers with suggested classroom routines and structures and provide guidance on how to adjust groupings based on student needs. While pacing is reasonable and flexible, additional guidance is needed to help teachers prioritize or adapt content for a typical school year. Materials include informal and formal assessments that help teachers measure learning and adjust instruction while addressing common misconceptions. Materials include rubrics, exemplars, and other Teacher Toolbox resources to help teachers set clear and high expectations for students. </w:t>
      </w:r>
    </w:p>
    <w:p w14:paraId="0E434B7C" w14:textId="77777777" w:rsidR="00E23445" w:rsidRPr="00F121B8" w:rsidRDefault="008337A3" w:rsidP="00E7591C">
      <w:pPr>
        <w:pStyle w:val="Heading6"/>
        <w:rPr>
          <w:rFonts w:cs="Arial"/>
        </w:rPr>
      </w:pPr>
      <w:r w:rsidRPr="00F121B8">
        <w:rPr>
          <w:rFonts w:cs="Arial"/>
        </w:rPr>
        <w:t>Strengths</w:t>
      </w:r>
    </w:p>
    <w:p w14:paraId="67B56F87" w14:textId="77777777" w:rsidR="001C7299" w:rsidRDefault="001C7299" w:rsidP="00393352">
      <w:pPr>
        <w:pStyle w:val="ListParagraph"/>
        <w:numPr>
          <w:ilvl w:val="0"/>
          <w:numId w:val="19"/>
        </w:numPr>
        <w:spacing w:before="120" w:line="276" w:lineRule="auto"/>
        <w:contextualSpacing w:val="0"/>
        <w:jc w:val="both"/>
        <w:rPr>
          <w:color w:val="auto"/>
          <w:szCs w:val="24"/>
        </w:rPr>
      </w:pPr>
      <w:r>
        <w:rPr>
          <w:szCs w:val="24"/>
        </w:rPr>
        <w:t>Lessons and tasks advance student learning with clear purpose. Across grades, scope planners and lesson guides clearly articulate lesson purpose by connecting objectives, instructional activities, and assessments to grade-level expectations. In Grade 2, “Length,” the scope planner identifies a content objective focused on measuring height using multiple tools and a complementary language objective that prompts students to express their ideas using sentence frames such as “I notice” and “I wonder.” These objectives are supported through a coherent sequence of warm-up, whole-group, small-group, and assessment opportunities. In Kindergarten and Grade 1, scope calendars and scope-and-sequence tools outline weekly focuses, lesson scopes, and associated standards across the year, supporting teachers in understanding how individual lessons intentionally build toward broader mathematical goals. </w:t>
      </w:r>
    </w:p>
    <w:p w14:paraId="3684754C" w14:textId="77777777" w:rsidR="001C7299" w:rsidRDefault="001C7299" w:rsidP="00393352">
      <w:pPr>
        <w:pStyle w:val="ListParagraph"/>
        <w:numPr>
          <w:ilvl w:val="0"/>
          <w:numId w:val="19"/>
        </w:numPr>
        <w:spacing w:before="120" w:line="276" w:lineRule="auto"/>
        <w:contextualSpacing w:val="0"/>
        <w:jc w:val="both"/>
        <w:rPr>
          <w:szCs w:val="24"/>
        </w:rPr>
      </w:pPr>
      <w:r>
        <w:rPr>
          <w:szCs w:val="24"/>
        </w:rPr>
        <w:t>Materials support teachers with suggested classroom routines and structures, including grouping strategies. Teacher Toolbox planning guides outline consistent lesson structures, highlighting elements such as “Hooks,” “Explores,” “Exit Tickets,” “Show What You Know’s,” and “Skills Quizzes,” and providing suggested five-day instructional sequences for early grades. In Grade 1, student goal setting tools prompt students to write “I can” statements and monitor their progress, reinforcing routines that build student agency and accountability. In Grades 3–5, teacher notes within scope materials recommend intentional grouping and collaborative routines. Grade 5, “Model Fraction Multiplication, Explore 2,” suggests small-group problem-solving with strategic partner work and rotating manipulatives and Grade 3 “Multiply by Multiples of 10” includes intervention lessons that direct teachers to pair students using number lines and base-ten rods. These structures support teachers in establishing predictable, collaborative classroom routines that promote student engagement. </w:t>
      </w:r>
    </w:p>
    <w:p w14:paraId="1294A3A1" w14:textId="77777777" w:rsidR="001C7299" w:rsidRDefault="001C7299" w:rsidP="00393352">
      <w:pPr>
        <w:pStyle w:val="ListParagraph"/>
        <w:numPr>
          <w:ilvl w:val="0"/>
          <w:numId w:val="19"/>
        </w:numPr>
        <w:spacing w:before="120" w:line="276" w:lineRule="auto"/>
        <w:contextualSpacing w:val="0"/>
        <w:jc w:val="both"/>
        <w:rPr>
          <w:szCs w:val="24"/>
        </w:rPr>
      </w:pPr>
      <w:r>
        <w:rPr>
          <w:szCs w:val="24"/>
        </w:rPr>
        <w:t>Pacing is reasonable and flexible; the curriculum can be implemented effectively within a typical school year. Suggested K–5 scope-and-sequence documents outline scope placement, assessment points, and review periods aligned to a 180-day calendar and a coherent mathematical progression. Pacing tools recommend instructional weeks based on the number of “Explores” within each scope, while Teacher Toolbox pacing guidance offers timing options for 45- and 60-minute lesson blocks and identifies warm-up, instructional, and closure segments, allowing teachers to adapt lessons to local schedules. In Grades 3–5, planning guides further organize instruction into five- or ten-day sequences for whole-group and small-group implementation, supporting sustained instructional flow and coverage of grade-level content across the year. </w:t>
      </w:r>
    </w:p>
    <w:p w14:paraId="6B5601BF" w14:textId="77777777" w:rsidR="001C7299" w:rsidRDefault="001C7299" w:rsidP="00393352">
      <w:pPr>
        <w:pStyle w:val="ListParagraph"/>
        <w:numPr>
          <w:ilvl w:val="0"/>
          <w:numId w:val="19"/>
        </w:numPr>
        <w:spacing w:before="120" w:line="276" w:lineRule="auto"/>
        <w:contextualSpacing w:val="0"/>
        <w:jc w:val="both"/>
        <w:rPr>
          <w:szCs w:val="24"/>
        </w:rPr>
      </w:pPr>
      <w:r>
        <w:rPr>
          <w:szCs w:val="24"/>
        </w:rPr>
        <w:lastRenderedPageBreak/>
        <w:t>Materials include informal and formal assessments that help teachers measure learning and adjust instruction. Across Grades K-5, assessments are clearly identified as diagnostic, formative, or summative and are paired with guidance for next instructional steps. For example, in Kindergarten, “Measurement, Explain 2” include individual tasks and recommend manipulatives aligned to prior “Explores,” supporting teachers in determining whether intervention is needed. In Grade 2, “Money, Evaluate: Decide and Defend” prompts students to respond to open-ended questions and justify their reasoning, with scoring supported by a rubric that attends to conceptual understanding, computation, and reasoning; teachers are guided to review rubric criteria with students and use the Scaffolded Instruction Guide to inform instructional planning. In Grade 4, “Problem Solve with Measurement, Evaluate: Observation Checklists” available in both English and Spanish support ongoing formative assessment and instructional adjustment. </w:t>
      </w:r>
    </w:p>
    <w:p w14:paraId="5D8DE74F" w14:textId="77777777" w:rsidR="001C7299" w:rsidRDefault="001C7299" w:rsidP="00393352">
      <w:pPr>
        <w:pStyle w:val="ListParagraph"/>
        <w:numPr>
          <w:ilvl w:val="0"/>
          <w:numId w:val="19"/>
        </w:numPr>
        <w:spacing w:before="120" w:line="276" w:lineRule="auto"/>
        <w:contextualSpacing w:val="0"/>
        <w:jc w:val="both"/>
        <w:rPr>
          <w:szCs w:val="24"/>
        </w:rPr>
      </w:pPr>
      <w:r>
        <w:rPr>
          <w:szCs w:val="24"/>
        </w:rPr>
        <w:t>Materials include rubrics, exemplars, and related resources to help teachers set clear and high expectations for students. The materials consistently provide rubric formats that articulate criteria for mathematical understanding, reasoning, communication, and accuracy. In Grade 5, “Model the Four Operations with Decimals,” a performance task rubric specifies expectations for product quality, reasoning, computation, and conceptual understanding, supporting teachers in maintaining rigor for extended tasks. Across Grade 3 scopes, “Decide and Defend” assessments include rubrics and annotated examples identifying Depth-of-Knowledge levels. Teacher Toolbox resources provide “Accountability Rubrics for Structured Conversations,” which describe expectations for listening, accuracy of thinking, and engagement with rigorous ideas, supporting both instructional decision-making and student ownership of learning. </w:t>
      </w:r>
    </w:p>
    <w:p w14:paraId="6A3FF272" w14:textId="77777777" w:rsidR="00E23445" w:rsidRPr="00F121B8" w:rsidRDefault="008337A3" w:rsidP="00E7591C">
      <w:pPr>
        <w:pStyle w:val="Heading6"/>
        <w:rPr>
          <w:rFonts w:cs="Arial"/>
        </w:rPr>
      </w:pPr>
      <w:r w:rsidRPr="00F121B8">
        <w:rPr>
          <w:rFonts w:cs="Arial"/>
        </w:rPr>
        <w:t>Areas for Growth</w:t>
      </w:r>
    </w:p>
    <w:p w14:paraId="09E2151D" w14:textId="77777777" w:rsidR="001C7299" w:rsidRDefault="001C7299" w:rsidP="00393352">
      <w:pPr>
        <w:pStyle w:val="ListParagraph"/>
        <w:numPr>
          <w:ilvl w:val="0"/>
          <w:numId w:val="17"/>
        </w:numPr>
        <w:spacing w:before="120"/>
        <w:contextualSpacing w:val="0"/>
        <w:jc w:val="both"/>
        <w:rPr>
          <w:rFonts w:eastAsiaTheme="minorHAnsi"/>
          <w:color w:val="auto"/>
        </w:rPr>
      </w:pPr>
      <w:r>
        <w:t>While the materials provide suggested grouping strategies and classroom routines, guidance is spread across multiple components rather than embedded within lessons, requiring teachers to synthesize resources to support intentional heterogeneous grouping and equitable routines beyond assessment-based groupings. </w:t>
      </w:r>
    </w:p>
    <w:p w14:paraId="4150BB66" w14:textId="77777777" w:rsidR="001C7299" w:rsidRDefault="001C7299" w:rsidP="00393352">
      <w:pPr>
        <w:pStyle w:val="ListParagraph"/>
        <w:numPr>
          <w:ilvl w:val="0"/>
          <w:numId w:val="17"/>
        </w:numPr>
        <w:spacing w:before="120"/>
        <w:contextualSpacing w:val="0"/>
        <w:jc w:val="both"/>
      </w:pPr>
      <w:r>
        <w:t>While pacing tools are detailed and flexible, they are primarily designed around a 180-day school year and, in upper grades, extended mathematics blocks, which may not align with all district schedules. Teachers may benefit from additional guidance to adapt pacing for shorter instructional blocks, calendar disruptions, or local scheduling constraints while maintaining full access to grade-level content. </w:t>
      </w:r>
    </w:p>
    <w:p w14:paraId="513204EE" w14:textId="77777777" w:rsidR="001C7299" w:rsidRDefault="001C7299" w:rsidP="00393352">
      <w:pPr>
        <w:pStyle w:val="ListParagraph"/>
        <w:numPr>
          <w:ilvl w:val="0"/>
          <w:numId w:val="17"/>
        </w:numPr>
        <w:spacing w:before="120"/>
        <w:contextualSpacing w:val="0"/>
        <w:jc w:val="both"/>
      </w:pPr>
      <w:r>
        <w:t>Although assessment tools are robust, locating specific assessments and linked follow-up resources sometimes requires navigating multiple tabs and documents, which can make immediate instructional adjustment challenging. Teachers may need to develop local navigation systems or organized assessment menus to more quickly match tools to student needs. </w:t>
      </w:r>
    </w:p>
    <w:p w14:paraId="06F4063E" w14:textId="77777777" w:rsidR="001C7299" w:rsidRDefault="001C7299" w:rsidP="00393352">
      <w:pPr>
        <w:pStyle w:val="ListParagraph"/>
        <w:numPr>
          <w:ilvl w:val="0"/>
          <w:numId w:val="17"/>
        </w:numPr>
        <w:spacing w:before="120"/>
        <w:contextualSpacing w:val="0"/>
        <w:jc w:val="both"/>
      </w:pPr>
      <w:r>
        <w:rPr>
          <w:lang w:val="en"/>
        </w:rPr>
        <w:t>While rubrics and exemplars clearly define expectations, opportunities for students to use rubrics during learning and to engage in self-assessment or peer assessment routines are not consistently emphasized. Teachers may need to extend rubric use to support student monitoring of progress and goal setting during instruction.</w:t>
      </w:r>
      <w:r>
        <w:t> </w:t>
      </w:r>
    </w:p>
    <w:p w14:paraId="5AA01B97" w14:textId="77777777" w:rsidR="001C7299" w:rsidRDefault="001C7299" w:rsidP="00393352">
      <w:pPr>
        <w:pStyle w:val="ListParagraph"/>
        <w:numPr>
          <w:ilvl w:val="0"/>
          <w:numId w:val="17"/>
        </w:numPr>
        <w:spacing w:before="120"/>
        <w:contextualSpacing w:val="0"/>
        <w:jc w:val="both"/>
      </w:pPr>
      <w:r>
        <w:t>Teacher knowledge supports vary in depth across scopes and grade levels. While some modules include rich explanations of underlying mathematics and anticipated misconceptions, others provide more limited background. Teachers may need supplemental professional learning or additional content resources when planning more conceptually demanding topics. </w:t>
      </w:r>
    </w:p>
    <w:p w14:paraId="36EB4320" w14:textId="5EE3C9E1" w:rsidR="00E23445" w:rsidRPr="00F121B8" w:rsidRDefault="008337A3" w:rsidP="00E7591C">
      <w:pPr>
        <w:pStyle w:val="Heading5"/>
        <w:rPr>
          <w:rFonts w:cs="Arial"/>
        </w:rPr>
      </w:pPr>
      <w:r w:rsidRPr="00F121B8">
        <w:rPr>
          <w:rFonts w:cs="Arial"/>
        </w:rPr>
        <w:lastRenderedPageBreak/>
        <w:t>Impact on Learning</w:t>
      </w:r>
      <w:r w:rsidR="00573678" w:rsidRPr="00F121B8">
        <w:rPr>
          <w:rFonts w:cs="Arial"/>
        </w:rPr>
        <w:t xml:space="preserve"> </w:t>
      </w:r>
      <w:r w:rsidR="00573678" w:rsidRPr="00F121B8">
        <w:rPr>
          <w:rFonts w:cs="Arial"/>
          <w:noProof/>
        </w:rPr>
        <w:drawing>
          <wp:inline distT="0" distB="0" distL="0" distR="0" wp14:anchorId="63C4AB41" wp14:editId="6CFB3C5F">
            <wp:extent cx="171450" cy="171450"/>
            <wp:effectExtent l="0" t="0" r="0" b="0"/>
            <wp:docPr id="1610987665" name="Picture 1610987665"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7665" name="Picture 1610987665"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131AE297" w14:textId="77777777" w:rsidR="004B6B66" w:rsidRPr="004B6B66" w:rsidRDefault="001C7299" w:rsidP="004B6B66">
      <w:pPr>
        <w:pStyle w:val="ListParagraph"/>
        <w:numPr>
          <w:ilvl w:val="0"/>
          <w:numId w:val="28"/>
        </w:numPr>
        <w:shd w:val="clear" w:color="auto" w:fill="DBE5F1" w:themeFill="accent1" w:themeFillTint="33"/>
        <w:contextualSpacing w:val="0"/>
        <w:jc w:val="both"/>
        <w:rPr>
          <w:rFonts w:cs="Arial"/>
          <w:b/>
          <w:bCs/>
          <w:iCs/>
        </w:rPr>
      </w:pPr>
      <w:proofErr w:type="spellStart"/>
      <w:r w:rsidRPr="004B6B66">
        <w:rPr>
          <w:rFonts w:cs="Arial"/>
          <w:b/>
          <w:bCs/>
          <w:i/>
        </w:rPr>
        <w:t>STEMscopes</w:t>
      </w:r>
      <w:proofErr w:type="spellEnd"/>
      <w:r w:rsidRPr="004B6B66">
        <w:rPr>
          <w:rFonts w:cs="Arial"/>
          <w:b/>
          <w:bCs/>
          <w:i/>
        </w:rPr>
        <w:t> Math</w:t>
      </w:r>
      <w:r w:rsidRPr="004B6B66">
        <w:rPr>
          <w:rFonts w:cs="Arial"/>
          <w:i/>
        </w:rPr>
        <w:t> </w:t>
      </w:r>
      <w:r w:rsidRPr="004B6B66">
        <w:rPr>
          <w:rFonts w:cs="Arial"/>
          <w:b/>
          <w:bCs/>
          <w:iCs/>
        </w:rPr>
        <w:t>K</w:t>
      </w:r>
      <w:r w:rsidR="00965A38" w:rsidRPr="004B6B66">
        <w:rPr>
          <w:rFonts w:cs="Arial"/>
          <w:b/>
          <w:bCs/>
          <w:iCs/>
        </w:rPr>
        <w:t>–</w:t>
      </w:r>
      <w:r w:rsidRPr="004B6B66">
        <w:rPr>
          <w:rFonts w:cs="Arial"/>
          <w:b/>
          <w:bCs/>
          <w:iCs/>
        </w:rPr>
        <w:t>5 (2024)</w:t>
      </w:r>
      <w:r w:rsidRPr="004B6B66">
        <w:rPr>
          <w:rFonts w:cs="Arial"/>
          <w:i/>
        </w:rPr>
        <w:t xml:space="preserve"> </w:t>
      </w:r>
      <w:r w:rsidRPr="004B6B66">
        <w:rPr>
          <w:rFonts w:cs="Arial"/>
          <w:iCs/>
        </w:rPr>
        <w:t>demonstrates alignment with research-based practices.</w:t>
      </w:r>
    </w:p>
    <w:p w14:paraId="58F26CE5" w14:textId="6E38C643" w:rsidR="00E23445" w:rsidRPr="004B6B66" w:rsidRDefault="007B0C26" w:rsidP="004B6B66">
      <w:pPr>
        <w:pStyle w:val="ListParagraph"/>
        <w:numPr>
          <w:ilvl w:val="0"/>
          <w:numId w:val="28"/>
        </w:numPr>
        <w:shd w:val="clear" w:color="auto" w:fill="DBE5F1" w:themeFill="accent1" w:themeFillTint="33"/>
        <w:contextualSpacing w:val="0"/>
        <w:jc w:val="both"/>
        <w:rPr>
          <w:rFonts w:cs="Arial"/>
          <w:b/>
          <w:bCs/>
          <w:iCs/>
        </w:rPr>
      </w:pPr>
      <w:r w:rsidRPr="004B6B66">
        <w:rPr>
          <w:rFonts w:cs="Arial"/>
          <w:iCs/>
        </w:rPr>
        <w:t xml:space="preserve">In an internal quasi-experimental study of </w:t>
      </w:r>
      <w:proofErr w:type="spellStart"/>
      <w:r w:rsidRPr="004B6B66">
        <w:rPr>
          <w:rFonts w:cs="Arial"/>
          <w:i/>
          <w:iCs/>
        </w:rPr>
        <w:t>STEMscopes</w:t>
      </w:r>
      <w:proofErr w:type="spellEnd"/>
      <w:r w:rsidRPr="004B6B66">
        <w:rPr>
          <w:rFonts w:cs="Arial"/>
          <w:i/>
          <w:iCs/>
        </w:rPr>
        <w:t xml:space="preserve"> Math</w:t>
      </w:r>
      <w:r w:rsidRPr="004B6B66">
        <w:rPr>
          <w:rFonts w:cs="Arial"/>
          <w:iCs/>
        </w:rPr>
        <w:t xml:space="preserve"> in Grade 4, schools using the curriculum demonstrated a statistically significant 14.76-percentage-point increase in </w:t>
      </w:r>
      <w:proofErr w:type="spellStart"/>
      <w:r w:rsidRPr="004B6B66">
        <w:rPr>
          <w:rFonts w:cs="Arial"/>
          <w:iCs/>
        </w:rPr>
        <w:t>TNReady</w:t>
      </w:r>
      <w:proofErr w:type="spellEnd"/>
      <w:r w:rsidRPr="004B6B66">
        <w:rPr>
          <w:rFonts w:cs="Arial"/>
          <w:iCs/>
        </w:rPr>
        <w:t xml:space="preserve">! math passing rates from the prior year. In a matched comparison analysis, passing rates also increased among schools not using </w:t>
      </w:r>
      <w:proofErr w:type="spellStart"/>
      <w:r w:rsidRPr="004B6B66">
        <w:rPr>
          <w:rFonts w:cs="Arial"/>
          <w:i/>
          <w:iCs/>
        </w:rPr>
        <w:t>STEMscopes</w:t>
      </w:r>
      <w:proofErr w:type="spellEnd"/>
      <w:r w:rsidRPr="004B6B66">
        <w:rPr>
          <w:rFonts w:cs="Arial"/>
          <w:i/>
          <w:iCs/>
        </w:rPr>
        <w:t xml:space="preserve"> Math</w:t>
      </w:r>
      <w:r w:rsidRPr="004B6B66">
        <w:rPr>
          <w:rFonts w:cs="Arial"/>
          <w:iCs/>
        </w:rPr>
        <w:t xml:space="preserve">; however, schools using the curriculum demonstrated an additional statistically significant 5.10-percentage-point increase in passing rates beyond the increase observed in comparison schools (p = .002). The study included 142 matched schools and controlled for baseline achievement and school characteristics. </w:t>
      </w:r>
      <w:hyperlink r:id="rId19" w:history="1">
        <w:r w:rsidR="001C7299" w:rsidRPr="004B6B66">
          <w:rPr>
            <w:rStyle w:val="Hyperlink"/>
            <w:rFonts w:cs="Arial"/>
            <w:iCs/>
            <w:color w:val="17365D" w:themeColor="text2" w:themeShade="BF"/>
          </w:rPr>
          <w:t>Learn more about this study</w:t>
        </w:r>
      </w:hyperlink>
      <w:r w:rsidR="00B9666A" w:rsidRPr="004B6B66">
        <w:rPr>
          <w:rFonts w:cs="Arial"/>
          <w:iCs/>
        </w:rPr>
        <w:t>.</w:t>
      </w:r>
      <w:r w:rsidR="00B9666A" w:rsidRPr="004B6B66">
        <w:rPr>
          <w:rFonts w:cs="Arial"/>
        </w:rPr>
        <w:br w:type="page"/>
      </w:r>
    </w:p>
    <w:p w14:paraId="67487D5B" w14:textId="6A50ECB2" w:rsidR="00E23445" w:rsidRPr="00F121B8" w:rsidRDefault="008337A3" w:rsidP="00587AEB">
      <w:pPr>
        <w:pStyle w:val="Heading2"/>
        <w:shd w:val="clear" w:color="auto" w:fill="1F497D" w:themeFill="text2"/>
        <w:rPr>
          <w:rFonts w:cs="Arial"/>
          <w:color w:val="FFFFFF" w:themeColor="background1"/>
        </w:rPr>
      </w:pPr>
      <w:bookmarkStart w:id="13" w:name="_Toc240482797"/>
      <w:r w:rsidRPr="34380F11">
        <w:rPr>
          <w:rFonts w:cs="Arial"/>
          <w:color w:val="FFFFFF" w:themeColor="background1"/>
        </w:rPr>
        <w:lastRenderedPageBreak/>
        <w:t>WHAT THE PUBLISHER</w:t>
      </w:r>
      <w:r w:rsidR="00A241A3" w:rsidRPr="34380F11">
        <w:rPr>
          <w:rFonts w:cs="Arial"/>
          <w:color w:val="FFFFFF" w:themeColor="background1"/>
        </w:rPr>
        <w:t xml:space="preserve"> SAYS</w:t>
      </w:r>
      <w:bookmarkEnd w:id="13"/>
    </w:p>
    <w:p w14:paraId="69D56A61" w14:textId="4A7303E4" w:rsidR="00BF7DA0" w:rsidRPr="00BF7DA0" w:rsidRDefault="00BF7DA0" w:rsidP="00BF7DA0">
      <w:r w:rsidRPr="00BF7DA0">
        <w:t xml:space="preserve">Publishers were invited to share information about diverse representation in their instructional materials, professional learning opportunities for Massachusetts educators, and product </w:t>
      </w:r>
      <w:r>
        <w:t xml:space="preserve">specifications. The following </w:t>
      </w:r>
      <w:r w:rsidRPr="00BF7DA0">
        <w:t xml:space="preserve">information was submitted by Accelerate Learning for </w:t>
      </w:r>
      <w:proofErr w:type="spellStart"/>
      <w:r w:rsidRPr="00BF7DA0">
        <w:rPr>
          <w:b/>
          <w:bCs/>
          <w:i/>
          <w:iCs/>
        </w:rPr>
        <w:t>STEMscopes</w:t>
      </w:r>
      <w:proofErr w:type="spellEnd"/>
      <w:r w:rsidRPr="00BF7DA0">
        <w:rPr>
          <w:b/>
          <w:bCs/>
          <w:i/>
          <w:iCs/>
        </w:rPr>
        <w:t xml:space="preserve"> Math </w:t>
      </w:r>
      <w:r w:rsidRPr="00BF7DA0">
        <w:rPr>
          <w:b/>
          <w:bCs/>
        </w:rPr>
        <w:t>K–5 (2024)</w:t>
      </w:r>
      <w:r w:rsidRPr="00BF7DA0">
        <w:t>.</w:t>
      </w:r>
    </w:p>
    <w:p w14:paraId="46AD9D93" w14:textId="77777777" w:rsidR="00E23445" w:rsidRPr="00F121B8" w:rsidRDefault="008337A3" w:rsidP="00774486">
      <w:pPr>
        <w:pStyle w:val="Heading3"/>
        <w:rPr>
          <w:rFonts w:cs="Arial"/>
        </w:rPr>
      </w:pPr>
      <w:bookmarkStart w:id="14" w:name="_Toc240482798"/>
      <w:r w:rsidRPr="34380F11">
        <w:rPr>
          <w:rFonts w:cs="Arial"/>
        </w:rPr>
        <w:t>Diverse Representation</w:t>
      </w:r>
      <w:bookmarkEnd w:id="14"/>
    </w:p>
    <w:p w14:paraId="0D82DB2F" w14:textId="77777777" w:rsidR="00E23445" w:rsidRPr="00F121B8" w:rsidRDefault="008337A3" w:rsidP="00E3391F">
      <w:pPr>
        <w:shd w:val="clear" w:color="auto" w:fill="DBE5F1" w:themeFill="accent1" w:themeFillTint="33"/>
        <w:jc w:val="both"/>
        <w:rPr>
          <w:rFonts w:cs="Arial"/>
        </w:rPr>
      </w:pPr>
      <w:r w:rsidRPr="00F121B8">
        <w:rPr>
          <w:rFonts w:cs="Arial"/>
          <w:i/>
          <w:sz w:val="21"/>
        </w:rPr>
        <w:t xml:space="preserve">Describe how students of diverse races, ethnicities, nationalities, socioeconomic classes, family experiences, linguistic backgrounds, abilities, cultures, religions, genders, gender identities, sexual orientations, and other diverse social identity markers see themselves fully reflected, respected, and valued in your curriculum. Describe also how your curriculum challenges existing narratives about historically marginalized and historically centered or normed cultures, including challenges rooted in systemic oppression. </w:t>
      </w:r>
    </w:p>
    <w:p w14:paraId="0D8854CA" w14:textId="77777777" w:rsidR="00BF7DA0" w:rsidRPr="00BF7DA0" w:rsidRDefault="00BF7DA0" w:rsidP="00393352">
      <w:pPr>
        <w:jc w:val="both"/>
        <w:rPr>
          <w:rFonts w:cs="Arial"/>
        </w:rPr>
      </w:pPr>
      <w:proofErr w:type="spellStart"/>
      <w:r w:rsidRPr="00BF7DA0">
        <w:rPr>
          <w:rFonts w:cs="Arial"/>
          <w:i/>
          <w:iCs/>
        </w:rPr>
        <w:t>STEMscopes</w:t>
      </w:r>
      <w:proofErr w:type="spellEnd"/>
      <w:r w:rsidRPr="00BF7DA0">
        <w:rPr>
          <w:rFonts w:cs="Arial"/>
          <w:i/>
          <w:iCs/>
        </w:rPr>
        <w:t xml:space="preserve"> Math</w:t>
      </w:r>
      <w:r w:rsidRPr="00BF7DA0">
        <w:rPr>
          <w:rFonts w:cs="Arial"/>
        </w:rPr>
        <w:t xml:space="preserve"> is intentionally designed to reflect, respect, and affirm the diverse identities, backgrounds, and lived experiences of all students. From content creation to classroom implementation, our development process prioritizes cultural responsiveness and inclusivity at every level. We begin by applying a multi-phase bias review and equity screening protocol that evaluates all instructional content for representation, language use, accessibility, and narrative framing. This process is conducted by a diverse team of educators and content specialists who bring firsthand knowledge of marginalized and underrepresented communities, ensuring that lessons are not only free from bias but also actively inclusive and empowering. Our internal Culturally Responsive Instruction (CRI) framework, which guides this review process, is grounded in research-based practices that support equity in education and align with guidance from sources such as the National Equity Project and Learning for Justice.</w:t>
      </w:r>
    </w:p>
    <w:p w14:paraId="42297178" w14:textId="77777777" w:rsidR="00BF7DA0" w:rsidRPr="00BF7DA0" w:rsidRDefault="00BF7DA0" w:rsidP="00393352">
      <w:pPr>
        <w:jc w:val="both"/>
        <w:rPr>
          <w:rFonts w:cs="Arial"/>
        </w:rPr>
      </w:pPr>
      <w:r w:rsidRPr="00BF7DA0">
        <w:rPr>
          <w:rFonts w:cs="Arial"/>
        </w:rPr>
        <w:t>The curriculum content integrates life-based connections, career connections, and math stories that intentionally feature diverse names, cultural contexts, family structures, and real-world scenarios reflective of today’s classrooms. Visual elements—such as photos, illustrations, and representations in videos—are selected to mirror racial, ethnic, gender, and ability diversity. For instance, story problems and career spotlights are not limited to traditionally represented professions or demographics, and instead introduce students to a wide range of identities and roles within mathematics and society. Students are encouraged to share their own ideas and experiences through open-ended writing prompts, collaborative discourse, and reflection activities that allow for cultural expression and perspective-taking.</w:t>
      </w:r>
    </w:p>
    <w:p w14:paraId="4AF2E940" w14:textId="77777777" w:rsidR="00BF7DA0" w:rsidRPr="00BF7DA0" w:rsidRDefault="00BF7DA0" w:rsidP="00393352">
      <w:pPr>
        <w:jc w:val="both"/>
        <w:rPr>
          <w:rFonts w:cs="Arial"/>
        </w:rPr>
      </w:pPr>
      <w:r w:rsidRPr="00BF7DA0">
        <w:rPr>
          <w:rFonts w:cs="Arial"/>
        </w:rPr>
        <w:t xml:space="preserve">To challenge dominant narratives and support culturally affirming pedagogy, </w:t>
      </w:r>
      <w:proofErr w:type="spellStart"/>
      <w:r w:rsidRPr="00BF7DA0">
        <w:rPr>
          <w:rFonts w:cs="Arial"/>
          <w:i/>
          <w:iCs/>
        </w:rPr>
        <w:t>STEMscopes</w:t>
      </w:r>
      <w:proofErr w:type="spellEnd"/>
      <w:r w:rsidRPr="00BF7DA0">
        <w:rPr>
          <w:rFonts w:cs="Arial"/>
          <w:i/>
          <w:iCs/>
        </w:rPr>
        <w:t xml:space="preserve"> Math</w:t>
      </w:r>
      <w:r w:rsidRPr="00BF7DA0">
        <w:rPr>
          <w:rFonts w:cs="Arial"/>
        </w:rPr>
        <w:t xml:space="preserve"> provides teacher facilitation notes and prompts that help guide inclusive classroom dialogue. Language support tools are designed with multilingual learners in mind, and lessons include opportunities to explore math in ways that honor linguistic and cultural diversity without treating those identities as secondary or remedial. The materials also include math chats, sentence frames, and reflection tools that promote equitable participation and validate diverse ways of reasoning and problem-solving.</w:t>
      </w:r>
    </w:p>
    <w:p w14:paraId="5EA0665A" w14:textId="1807CE89" w:rsidR="00E23445" w:rsidRPr="00F121B8" w:rsidRDefault="00BF7DA0" w:rsidP="00393352">
      <w:pPr>
        <w:jc w:val="both"/>
        <w:rPr>
          <w:rFonts w:cs="Arial"/>
        </w:rPr>
      </w:pPr>
      <w:r w:rsidRPr="00BF7DA0">
        <w:rPr>
          <w:rFonts w:cs="Arial"/>
        </w:rPr>
        <w:t>We continuously monitor the efficacy of our inclusivity protocols through teacher feedback loops, regular audits by equity-trained reviewers, and updates based on evolving best practices in anti-bias education. This ongoing commitment to cultural responsiveness ensures that all students can see themselves not only reflected in the curriculum, but also valued as capable, creative, and powerful mathematical thinkers.</w:t>
      </w:r>
    </w:p>
    <w:p w14:paraId="4A8380C8" w14:textId="77777777" w:rsidR="00E23445" w:rsidRPr="00F121B8" w:rsidRDefault="008337A3" w:rsidP="00774486">
      <w:pPr>
        <w:pStyle w:val="Heading3"/>
        <w:rPr>
          <w:rFonts w:cs="Arial"/>
        </w:rPr>
      </w:pPr>
      <w:bookmarkStart w:id="15" w:name="_Toc240482799"/>
      <w:r w:rsidRPr="34380F11">
        <w:rPr>
          <w:rFonts w:cs="Arial"/>
        </w:rPr>
        <w:t>Professional Learning</w:t>
      </w:r>
      <w:bookmarkEnd w:id="15"/>
    </w:p>
    <w:p w14:paraId="31F05CB0" w14:textId="77777777" w:rsidR="00E23445" w:rsidRPr="00F121B8" w:rsidRDefault="008337A3" w:rsidP="00E3391F">
      <w:pPr>
        <w:shd w:val="clear" w:color="auto" w:fill="DBE5F1" w:themeFill="accent1" w:themeFillTint="33"/>
        <w:jc w:val="both"/>
        <w:rPr>
          <w:rFonts w:cs="Arial"/>
        </w:rPr>
      </w:pPr>
      <w:r w:rsidRPr="00F121B8">
        <w:rPr>
          <w:rFonts w:cs="Arial"/>
          <w:i/>
          <w:sz w:val="21"/>
        </w:rPr>
        <w:t xml:space="preserve">Describe any professional learning opportunities (materials or experiences, publisher-provided or otherwise) available for Massachusetts educators that are designed to support skillful implementation of your curriculum. </w:t>
      </w:r>
      <w:r w:rsidRPr="00F121B8">
        <w:rPr>
          <w:rFonts w:cs="Arial"/>
          <w:i/>
          <w:sz w:val="21"/>
        </w:rPr>
        <w:lastRenderedPageBreak/>
        <w:t>If there are professional learning opportunities available specifically to support skillful use of the materials with English learners, students with disabilities, students working above or below grade level, and/or students of other diverse social identity markers, please include this information.</w:t>
      </w:r>
    </w:p>
    <w:p w14:paraId="604A7CBE" w14:textId="77777777" w:rsidR="00BF7DA0" w:rsidRPr="00BF7DA0" w:rsidRDefault="00BF7DA0" w:rsidP="00393352">
      <w:pPr>
        <w:jc w:val="both"/>
        <w:rPr>
          <w:rFonts w:cs="Arial"/>
        </w:rPr>
      </w:pPr>
      <w:r w:rsidRPr="00BF7DA0">
        <w:rPr>
          <w:rFonts w:cs="Arial"/>
        </w:rPr>
        <w:t xml:space="preserve">Accelerate Learning offers a robust suite of professional learning opportunities to support high-quality implementation of </w:t>
      </w:r>
      <w:proofErr w:type="spellStart"/>
      <w:r w:rsidRPr="00BF7DA0">
        <w:rPr>
          <w:rFonts w:cs="Arial"/>
          <w:i/>
          <w:iCs/>
        </w:rPr>
        <w:t>STEMscopes</w:t>
      </w:r>
      <w:proofErr w:type="spellEnd"/>
      <w:r w:rsidRPr="00BF7DA0">
        <w:rPr>
          <w:rFonts w:cs="Arial"/>
          <w:i/>
          <w:iCs/>
        </w:rPr>
        <w:t xml:space="preserve"> Math</w:t>
      </w:r>
      <w:r w:rsidRPr="00BF7DA0">
        <w:rPr>
          <w:rFonts w:cs="Arial"/>
        </w:rPr>
        <w:t>, all of which can be tailored to the unique needs of Massachusetts educators and student populations. Our professional development is grounded in research and delivered by experienced facilitators with deep content knowledge and classroom expertise. We offer a variety of formats—including face-to-face sessions, live virtual training, asynchronous learning modules, and embedded coaching—to accommodate different learning styles, district schedules, and implementation timelines.</w:t>
      </w:r>
    </w:p>
    <w:p w14:paraId="24A06EAD" w14:textId="77777777" w:rsidR="00BF7DA0" w:rsidRPr="00BF7DA0" w:rsidRDefault="00BF7DA0" w:rsidP="00393352">
      <w:pPr>
        <w:jc w:val="both"/>
        <w:rPr>
          <w:rFonts w:cs="Arial"/>
        </w:rPr>
      </w:pPr>
      <w:r w:rsidRPr="00BF7DA0">
        <w:rPr>
          <w:rFonts w:cs="Arial"/>
        </w:rPr>
        <w:t>Educators receive targeted training on effectively using the curriculum to support multilingual learners, students with disabilities, and students performing below or above grade level. These sessions focus on practical classroom strategies such as leveraging embedded scaffolds and enrichment tools, differentiating instruction using the Scaffolded Instruction Guide, and supporting language development through sentence stems, math chats, and visual vocabulary. For example, training emphasizes how to implement the language-rich components of the program to support academic discourse, as well as how to use intervention and acceleration features to personalize instruction.</w:t>
      </w:r>
    </w:p>
    <w:p w14:paraId="39C2A84F" w14:textId="77777777" w:rsidR="00BF7DA0" w:rsidRPr="00BF7DA0" w:rsidRDefault="00BF7DA0" w:rsidP="00393352">
      <w:pPr>
        <w:jc w:val="both"/>
        <w:rPr>
          <w:rFonts w:cs="Arial"/>
        </w:rPr>
      </w:pPr>
      <w:r w:rsidRPr="00BF7DA0">
        <w:rPr>
          <w:rFonts w:cs="Arial"/>
        </w:rPr>
        <w:t xml:space="preserve">Beyond initial onboarding, ongoing support is provided throughout the implementation period. This includes access to instructional videos, modeled lessons, coaching resources, and articles that support job-embedded learning and continuous improvement. Educators and leaders can also engage in micro-credentialing and leadership pathway training through our partnership with the National Institute for STEM Education (NISE). These offerings build pedagogical expertise, ensure long-term instructional fidelity, and are designed to increase capacity across the district. </w:t>
      </w:r>
    </w:p>
    <w:p w14:paraId="138E0B70" w14:textId="60A14AA8" w:rsidR="00E23445" w:rsidRPr="00E966B8" w:rsidRDefault="00BF7DA0" w:rsidP="00393352">
      <w:pPr>
        <w:jc w:val="both"/>
        <w:rPr>
          <w:rFonts w:cs="Arial"/>
        </w:rPr>
      </w:pPr>
      <w:r w:rsidRPr="00BF7DA0">
        <w:rPr>
          <w:rFonts w:cs="Arial"/>
        </w:rPr>
        <w:t xml:space="preserve">More information about our professional learning suite by clicking the link: </w:t>
      </w:r>
      <w:hyperlink r:id="rId20" w:history="1">
        <w:r w:rsidRPr="00BF7DA0">
          <w:rPr>
            <w:rStyle w:val="Hyperlink"/>
            <w:rFonts w:cs="Arial"/>
            <w:color w:val="17365D" w:themeColor="text2" w:themeShade="BF"/>
          </w:rPr>
          <w:t>Accelerate Learning Inc. Professional Learning</w:t>
        </w:r>
      </w:hyperlink>
      <w:r>
        <w:rPr>
          <w:rFonts w:cs="Arial"/>
        </w:rPr>
        <w:t>.</w:t>
      </w:r>
      <w:r w:rsidRPr="00BF7DA0">
        <w:rPr>
          <w:rFonts w:cs="Arial"/>
        </w:rPr>
        <w:t xml:space="preserve"> </w:t>
      </w:r>
    </w:p>
    <w:p w14:paraId="4B598DBF" w14:textId="142B9E1D" w:rsidR="00E23445" w:rsidRPr="00F121B8" w:rsidRDefault="008337A3" w:rsidP="00774486">
      <w:pPr>
        <w:pStyle w:val="Heading3"/>
        <w:rPr>
          <w:rFonts w:cs="Arial"/>
        </w:rPr>
      </w:pPr>
      <w:bookmarkStart w:id="16" w:name="_Toc240482800"/>
      <w:r w:rsidRPr="34380F11">
        <w:rPr>
          <w:rFonts w:cs="Arial"/>
        </w:rPr>
        <w:t>Product Specifications</w:t>
      </w:r>
      <w:bookmarkEnd w:id="16"/>
    </w:p>
    <w:p w14:paraId="459FABDB" w14:textId="77777777" w:rsidR="00E23445" w:rsidRPr="00F121B8" w:rsidRDefault="008337A3" w:rsidP="00E3391F">
      <w:pPr>
        <w:shd w:val="clear" w:color="auto" w:fill="DBE5F1" w:themeFill="accent1" w:themeFillTint="33"/>
        <w:jc w:val="both"/>
        <w:rPr>
          <w:rFonts w:cs="Arial"/>
          <w:szCs w:val="24"/>
        </w:rPr>
      </w:pPr>
      <w:r w:rsidRPr="00F121B8">
        <w:rPr>
          <w:rFonts w:cs="Arial"/>
          <w:i/>
          <w:szCs w:val="24"/>
        </w:rPr>
        <w:t>Describe what a school or district needs to implement your curriculum successfully, including instructional hours and technological infrastructure. Provide basic information about what products are associated with the curriculum (e.g., what texts a typical purchase includes and/or what tools and resources are openly available online).</w:t>
      </w:r>
    </w:p>
    <w:p w14:paraId="2C9F8992" w14:textId="77777777" w:rsidR="00BF7DA0" w:rsidRPr="00BF7DA0" w:rsidRDefault="00BF7DA0" w:rsidP="00393352">
      <w:pPr>
        <w:spacing w:after="200" w:line="276" w:lineRule="auto"/>
        <w:jc w:val="both"/>
        <w:rPr>
          <w:rFonts w:cs="Arial"/>
          <w:szCs w:val="24"/>
        </w:rPr>
      </w:pPr>
      <w:r w:rsidRPr="00BF7DA0">
        <w:rPr>
          <w:rFonts w:cs="Arial"/>
          <w:szCs w:val="24"/>
        </w:rPr>
        <w:t xml:space="preserve">To implement </w:t>
      </w:r>
      <w:proofErr w:type="spellStart"/>
      <w:r w:rsidRPr="00BF7DA0">
        <w:rPr>
          <w:rFonts w:cs="Arial"/>
          <w:i/>
          <w:iCs/>
          <w:szCs w:val="24"/>
        </w:rPr>
        <w:t>STEMscopes</w:t>
      </w:r>
      <w:proofErr w:type="spellEnd"/>
      <w:r w:rsidRPr="00BF7DA0">
        <w:rPr>
          <w:rFonts w:cs="Arial"/>
          <w:i/>
          <w:iCs/>
          <w:szCs w:val="24"/>
        </w:rPr>
        <w:t xml:space="preserve"> Math</w:t>
      </w:r>
      <w:r w:rsidRPr="00BF7DA0">
        <w:rPr>
          <w:rFonts w:cs="Arial"/>
          <w:szCs w:val="24"/>
        </w:rPr>
        <w:t xml:space="preserve"> successfully, schools and districts need access to basic technological infrastructure. As a digital-first program, </w:t>
      </w:r>
      <w:proofErr w:type="spellStart"/>
      <w:r w:rsidRPr="00BF7DA0">
        <w:rPr>
          <w:rFonts w:cs="Arial"/>
          <w:i/>
          <w:iCs/>
          <w:szCs w:val="24"/>
        </w:rPr>
        <w:t>STEMscopes</w:t>
      </w:r>
      <w:proofErr w:type="spellEnd"/>
      <w:r w:rsidRPr="00BF7DA0">
        <w:rPr>
          <w:rFonts w:cs="Arial"/>
          <w:i/>
          <w:iCs/>
          <w:szCs w:val="24"/>
        </w:rPr>
        <w:t xml:space="preserve"> </w:t>
      </w:r>
      <w:r w:rsidRPr="00BF7DA0">
        <w:rPr>
          <w:rFonts w:cs="Arial"/>
          <w:szCs w:val="24"/>
        </w:rPr>
        <w:t xml:space="preserve">Math is delivered through a centralized online platform that is accessible on Chromebooks, iPads, and desktop devices, and compatible with major web browsers including Chrome, Edge, and Safari. The platform integrates with common district systems such as </w:t>
      </w:r>
      <w:proofErr w:type="spellStart"/>
      <w:r w:rsidRPr="00BF7DA0">
        <w:rPr>
          <w:rFonts w:cs="Arial"/>
          <w:szCs w:val="24"/>
        </w:rPr>
        <w:t>ClassLink</w:t>
      </w:r>
      <w:proofErr w:type="spellEnd"/>
      <w:r w:rsidRPr="00BF7DA0">
        <w:rPr>
          <w:rFonts w:cs="Arial"/>
          <w:szCs w:val="24"/>
        </w:rPr>
        <w:t xml:space="preserve">, </w:t>
      </w:r>
      <w:proofErr w:type="spellStart"/>
      <w:r w:rsidRPr="00BF7DA0">
        <w:rPr>
          <w:rFonts w:cs="Arial"/>
          <w:szCs w:val="24"/>
        </w:rPr>
        <w:t>OneRoster</w:t>
      </w:r>
      <w:proofErr w:type="spellEnd"/>
      <w:r w:rsidRPr="00BF7DA0">
        <w:rPr>
          <w:rFonts w:cs="Arial"/>
          <w:szCs w:val="24"/>
        </w:rPr>
        <w:t>, Google, and Schoology, allowing for seamless rostering, SSO, and gradebook connectivity. For classrooms with limited digital access, print components such as student notebooks, teacher guides, and independent skills practice books are available for purchase to support blended and offline instruction.</w:t>
      </w:r>
    </w:p>
    <w:p w14:paraId="7F6D6234" w14:textId="77777777" w:rsidR="00BF7DA0" w:rsidRPr="00BF7DA0" w:rsidRDefault="00BF7DA0" w:rsidP="00393352">
      <w:pPr>
        <w:spacing w:after="200" w:line="276" w:lineRule="auto"/>
        <w:jc w:val="both"/>
        <w:rPr>
          <w:rFonts w:cs="Arial"/>
          <w:szCs w:val="24"/>
        </w:rPr>
      </w:pPr>
      <w:r w:rsidRPr="00BF7DA0">
        <w:rPr>
          <w:rFonts w:cs="Arial"/>
          <w:szCs w:val="24"/>
        </w:rPr>
        <w:t xml:space="preserve">A successful implementation includes approximately 45–60 minutes of daily math instruction, though the program is adaptable to a variety of scheduling models including whole group, small group, workshop, and intervention blocks. The product includes access to digital teacher guides, scaffolded lesson plans, embedded assessments, progress monitoring tools, interactive practice, virtual manipulatives, and </w:t>
      </w:r>
      <w:r w:rsidRPr="00BF7DA0">
        <w:rPr>
          <w:rFonts w:cs="Arial"/>
          <w:szCs w:val="24"/>
        </w:rPr>
        <w:lastRenderedPageBreak/>
        <w:t>student-facing resources such as notebooks and journals. Teachers also have access to planning tools like pacing calendars, vertical alignment charts, and scope and sequence documents.</w:t>
      </w:r>
    </w:p>
    <w:p w14:paraId="312618F8" w14:textId="1DDF4968" w:rsidR="004B38BD" w:rsidRPr="00F121B8" w:rsidRDefault="00BF7DA0" w:rsidP="00393352">
      <w:pPr>
        <w:spacing w:after="200" w:line="276" w:lineRule="auto"/>
        <w:jc w:val="both"/>
        <w:rPr>
          <w:rFonts w:eastAsiaTheme="majorEastAsia" w:cs="Arial"/>
          <w:b/>
          <w:sz w:val="40"/>
          <w:szCs w:val="28"/>
        </w:rPr>
      </w:pPr>
      <w:r w:rsidRPr="00BF7DA0">
        <w:rPr>
          <w:rFonts w:cs="Arial"/>
          <w:szCs w:val="24"/>
        </w:rPr>
        <w:t xml:space="preserve">Additionally, </w:t>
      </w:r>
      <w:proofErr w:type="spellStart"/>
      <w:r w:rsidRPr="00BF7DA0">
        <w:rPr>
          <w:rFonts w:cs="Arial"/>
          <w:i/>
          <w:iCs/>
          <w:szCs w:val="24"/>
        </w:rPr>
        <w:t>STEMscopes</w:t>
      </w:r>
      <w:proofErr w:type="spellEnd"/>
      <w:r w:rsidRPr="00BF7DA0">
        <w:rPr>
          <w:rFonts w:cs="Arial"/>
          <w:i/>
          <w:iCs/>
          <w:szCs w:val="24"/>
        </w:rPr>
        <w:t xml:space="preserve"> Math</w:t>
      </w:r>
      <w:r w:rsidRPr="00BF7DA0">
        <w:rPr>
          <w:rFonts w:cs="Arial"/>
          <w:szCs w:val="24"/>
        </w:rPr>
        <w:t xml:space="preserve"> includes instructional videos, language supports, and enrichment activities to differentiate learning and support students across a range of academic levels and linguistic needs. To maximize success, we recommend pairing implementation with our professional learning offerings, which help educators navigate the platform, plan instruction, and meet the diverse needs of their students</w:t>
      </w:r>
      <w:r>
        <w:rPr>
          <w:rFonts w:cs="Arial"/>
          <w:szCs w:val="24"/>
        </w:rPr>
        <w:t>.</w:t>
      </w:r>
      <w:r w:rsidRPr="00BF7DA0">
        <w:rPr>
          <w:rFonts w:cs="Arial"/>
          <w:szCs w:val="24"/>
        </w:rPr>
        <w:t xml:space="preserve"> </w:t>
      </w:r>
      <w:r w:rsidR="004B38BD" w:rsidRPr="00F121B8">
        <w:rPr>
          <w:rFonts w:cs="Arial"/>
        </w:rPr>
        <w:br w:type="page"/>
      </w:r>
    </w:p>
    <w:p w14:paraId="6C8E55CD" w14:textId="77FC9D29" w:rsidR="00E23445" w:rsidRPr="00F121B8" w:rsidRDefault="008337A3" w:rsidP="00774486">
      <w:pPr>
        <w:pStyle w:val="Heading3"/>
        <w:rPr>
          <w:rFonts w:cs="Arial"/>
        </w:rPr>
      </w:pPr>
      <w:bookmarkStart w:id="17" w:name="_Toc240482801"/>
      <w:r w:rsidRPr="34380F11">
        <w:rPr>
          <w:rFonts w:cs="Arial"/>
        </w:rPr>
        <w:lastRenderedPageBreak/>
        <w:t>Response to the Report</w:t>
      </w:r>
      <w:bookmarkEnd w:id="17"/>
    </w:p>
    <w:p w14:paraId="644D28D2" w14:textId="77777777" w:rsidR="00BF7DA0" w:rsidRPr="00BF7DA0" w:rsidRDefault="00BF7DA0" w:rsidP="00393352">
      <w:pPr>
        <w:jc w:val="both"/>
      </w:pPr>
      <w:r w:rsidRPr="00BF7DA0">
        <w:t>Thank you for this detailed and fair review of </w:t>
      </w:r>
      <w:proofErr w:type="spellStart"/>
      <w:r w:rsidRPr="00BF7DA0">
        <w:rPr>
          <w:i/>
          <w:iCs/>
        </w:rPr>
        <w:t>STEMscopes</w:t>
      </w:r>
      <w:proofErr w:type="spellEnd"/>
      <w:r w:rsidRPr="00BF7DA0">
        <w:rPr>
          <w:i/>
          <w:iCs/>
        </w:rPr>
        <w:t> Math</w:t>
      </w:r>
      <w:r w:rsidRPr="00BF7DA0">
        <w:t xml:space="preserve"> K–5. We are grateful for the time, care, and rigor the review team brought to this process.  </w:t>
      </w:r>
    </w:p>
    <w:p w14:paraId="7F23FCF7" w14:textId="77777777" w:rsidR="00BF7DA0" w:rsidRPr="00BF7DA0" w:rsidRDefault="00BF7DA0" w:rsidP="00393352">
      <w:pPr>
        <w:jc w:val="both"/>
      </w:pPr>
      <w:r w:rsidRPr="00BF7DA0">
        <w:t>We are honored that </w:t>
      </w:r>
      <w:proofErr w:type="spellStart"/>
      <w:r w:rsidRPr="00BF7DA0">
        <w:rPr>
          <w:i/>
          <w:iCs/>
        </w:rPr>
        <w:t>STEMscopes</w:t>
      </w:r>
      <w:proofErr w:type="spellEnd"/>
      <w:r w:rsidRPr="00BF7DA0">
        <w:t> </w:t>
      </w:r>
      <w:r w:rsidRPr="00BF7DA0">
        <w:rPr>
          <w:i/>
          <w:iCs/>
        </w:rPr>
        <w:t>Math</w:t>
      </w:r>
      <w:r w:rsidRPr="00BF7DA0">
        <w:t xml:space="preserve"> meets the Massachusetts definition of high quality and that the program’s design was recognized for its coherent progression and strong alignment to standards. Our goal has always been to ensure that students build deep conceptual understanding while developing procedural fluency and the ability to apply mathematics in meaningful, real-world contexts. It is especially encouraging to see the program’s instructional model and emphasis on reasoning, modeling, and discourse highlighted as strengths. </w:t>
      </w:r>
    </w:p>
    <w:p w14:paraId="367713E9" w14:textId="77777777" w:rsidR="00393352" w:rsidRDefault="00BF7DA0" w:rsidP="00393352">
      <w:pPr>
        <w:jc w:val="both"/>
        <w:rPr>
          <w:b/>
          <w:bCs/>
        </w:rPr>
      </w:pPr>
      <w:r w:rsidRPr="00BF7DA0">
        <w:rPr>
          <w:b/>
          <w:bCs/>
        </w:rPr>
        <w:t>Focus on Rigor and Mathematical Thinking</w:t>
      </w:r>
    </w:p>
    <w:p w14:paraId="22AC9987" w14:textId="698FC2D1" w:rsidR="00BF7DA0" w:rsidRPr="00BF7DA0" w:rsidRDefault="00BF7DA0" w:rsidP="00393352">
      <w:pPr>
        <w:jc w:val="both"/>
      </w:pPr>
      <w:r w:rsidRPr="00BF7DA0">
        <w:t>We are committed to fostering classrooms where students actively engage in problem solving, communicate their thinking, and evaluate the reasoning of others. The recognition of opportunities for collaboration, multiple representations, and structured mathematical discourse affirms our approach to promoting deep and lasting learning. </w:t>
      </w:r>
    </w:p>
    <w:p w14:paraId="4B99F766" w14:textId="77777777" w:rsidR="00393352" w:rsidRDefault="00BF7DA0" w:rsidP="00393352">
      <w:pPr>
        <w:jc w:val="both"/>
      </w:pPr>
      <w:r w:rsidRPr="00BF7DA0">
        <w:rPr>
          <w:b/>
          <w:bCs/>
        </w:rPr>
        <w:t>Instructional Supports and Teacher Resources</w:t>
      </w:r>
      <w:r w:rsidRPr="00BF7DA0">
        <w:t> </w:t>
      </w:r>
    </w:p>
    <w:p w14:paraId="528A8504" w14:textId="6CB4E8E8" w:rsidR="00BF7DA0" w:rsidRPr="00BF7DA0" w:rsidRDefault="00BF7DA0" w:rsidP="00393352">
      <w:pPr>
        <w:jc w:val="both"/>
      </w:pPr>
      <w:r w:rsidRPr="00BF7DA0">
        <w:t>Supporting educators is central to our work. We are pleased that the review acknowledges the strength of our lesson design, assessment system, and teacher-facing resources. Clear structures, flexible pacing, and embedded supports are intentionally designed to help teachers implement instruction effectively while maintaining high expectations for all learners. </w:t>
      </w:r>
    </w:p>
    <w:p w14:paraId="10F2A4AE" w14:textId="77777777" w:rsidR="00393352" w:rsidRDefault="00BF7DA0" w:rsidP="00393352">
      <w:pPr>
        <w:jc w:val="both"/>
      </w:pPr>
      <w:r w:rsidRPr="00BF7DA0">
        <w:rPr>
          <w:b/>
          <w:bCs/>
        </w:rPr>
        <w:t>Accessibility and Student-Centered Learning</w:t>
      </w:r>
      <w:r w:rsidRPr="00BF7DA0">
        <w:t> </w:t>
      </w:r>
    </w:p>
    <w:p w14:paraId="271DD467" w14:textId="47A466D3" w:rsidR="00BF7DA0" w:rsidRPr="00BF7DA0" w:rsidRDefault="00BF7DA0" w:rsidP="00393352">
      <w:pPr>
        <w:jc w:val="both"/>
      </w:pPr>
      <w:r w:rsidRPr="00BF7DA0">
        <w:t>We remain committed to providing accessible, inclusive materials that support a wide range of learners. The positive feedback on scaffolds, differentiation, and opportunities for varied student expression reinforces our focus on ensuring all students can engage meaningfully with grade-level mathematics. </w:t>
      </w:r>
    </w:p>
    <w:p w14:paraId="3672051E" w14:textId="77777777" w:rsidR="00BF7DA0" w:rsidRDefault="00BF7DA0" w:rsidP="00393352">
      <w:pPr>
        <w:jc w:val="both"/>
      </w:pPr>
      <w:r w:rsidRPr="00BF7DA0">
        <w:t xml:space="preserve">We appreciate the opportunity to partner in supporting high-quality mathematics instruction for all students.  </w:t>
      </w:r>
    </w:p>
    <w:p w14:paraId="4EB2B359" w14:textId="77777777" w:rsidR="00393352" w:rsidRDefault="00393352" w:rsidP="00393352">
      <w:pPr>
        <w:jc w:val="both"/>
      </w:pPr>
    </w:p>
    <w:p w14:paraId="1EF47853" w14:textId="77777777" w:rsidR="00393352" w:rsidRDefault="00393352" w:rsidP="00393352">
      <w:pPr>
        <w:jc w:val="both"/>
      </w:pPr>
    </w:p>
    <w:p w14:paraId="0507FE5E" w14:textId="77777777" w:rsidR="00393352" w:rsidRDefault="00393352" w:rsidP="00393352">
      <w:pPr>
        <w:jc w:val="both"/>
      </w:pPr>
    </w:p>
    <w:p w14:paraId="06086566" w14:textId="5DB87868" w:rsidR="002079F2" w:rsidRPr="00393352" w:rsidRDefault="002079F2" w:rsidP="00393352">
      <w:pPr>
        <w:shd w:val="clear" w:color="auto" w:fill="1F497D" w:themeFill="text2"/>
        <w:rPr>
          <w:b/>
          <w:bCs/>
          <w:color w:val="FFFFFF" w:themeColor="background1"/>
          <w:sz w:val="44"/>
          <w:szCs w:val="44"/>
        </w:rPr>
      </w:pPr>
      <w:r w:rsidRPr="00393352">
        <w:rPr>
          <w:b/>
          <w:bCs/>
          <w:color w:val="FFFFFF" w:themeColor="background1"/>
          <w:sz w:val="44"/>
          <w:szCs w:val="44"/>
        </w:rPr>
        <w:t>Looking for More Information?</w:t>
      </w:r>
    </w:p>
    <w:p w14:paraId="0B26BFD1" w14:textId="4956C6A9" w:rsidR="002079F2" w:rsidRPr="00BF7DA0" w:rsidRDefault="002079F2">
      <w:pPr>
        <w:pStyle w:val="CURATEBulleted"/>
        <w:numPr>
          <w:ilvl w:val="0"/>
          <w:numId w:val="7"/>
        </w:numPr>
        <w:rPr>
          <w:rFonts w:cs="Arial"/>
          <w:sz w:val="24"/>
          <w:szCs w:val="24"/>
        </w:rPr>
      </w:pPr>
      <w:r w:rsidRPr="00BF7DA0">
        <w:rPr>
          <w:sz w:val="24"/>
          <w:szCs w:val="24"/>
          <w:lang w:val="en"/>
        </w:rPr>
        <w:t>Read the </w:t>
      </w:r>
      <w:hyperlink r:id="rId21" w:tgtFrame="_blank" w:history="1">
        <w:r w:rsidRPr="00BF7DA0">
          <w:rPr>
            <w:rStyle w:val="Hyperlink"/>
            <w:color w:val="17365D" w:themeColor="text2" w:themeShade="BF"/>
            <w:sz w:val="24"/>
            <w:szCs w:val="24"/>
            <w:lang w:val="en"/>
          </w:rPr>
          <w:t>full approved gateway review</w:t>
        </w:r>
      </w:hyperlink>
      <w:r>
        <w:rPr>
          <w:sz w:val="24"/>
          <w:szCs w:val="24"/>
        </w:rPr>
        <w:t>.</w:t>
      </w:r>
      <w:r w:rsidRPr="00BF7DA0">
        <w:rPr>
          <w:sz w:val="24"/>
          <w:szCs w:val="24"/>
          <w:lang w:val="en"/>
        </w:rPr>
        <w:t> </w:t>
      </w:r>
      <w:r w:rsidRPr="00BF7DA0">
        <w:rPr>
          <w:sz w:val="24"/>
          <w:szCs w:val="24"/>
        </w:rPr>
        <w:t xml:space="preserve"> </w:t>
      </w:r>
    </w:p>
    <w:p w14:paraId="68996C85" w14:textId="1092154D" w:rsidR="002079F2" w:rsidRDefault="002079F2">
      <w:pPr>
        <w:pStyle w:val="CURATEBulleted"/>
        <w:numPr>
          <w:ilvl w:val="0"/>
          <w:numId w:val="7"/>
        </w:numPr>
        <w:rPr>
          <w:rFonts w:cs="Arial"/>
          <w:color w:val="1F497D" w:themeColor="text2"/>
          <w:sz w:val="24"/>
          <w:szCs w:val="24"/>
        </w:rPr>
      </w:pPr>
      <w:hyperlink r:id="rId22">
        <w:r w:rsidRPr="00BF7DA0">
          <w:rPr>
            <w:rFonts w:cs="Arial"/>
            <w:sz w:val="22"/>
            <w:szCs w:val="24"/>
            <w:u w:val="single"/>
          </w:rPr>
          <w:t>Find a Massachusetts district using this product.</w:t>
        </w:r>
      </w:hyperlink>
    </w:p>
    <w:p w14:paraId="5CDCE51F" w14:textId="579CA0B9" w:rsidR="00BF7DA0" w:rsidRPr="00393352" w:rsidRDefault="002079F2" w:rsidP="00BF7DA0">
      <w:pPr>
        <w:pStyle w:val="CURATEBulleted"/>
        <w:numPr>
          <w:ilvl w:val="0"/>
          <w:numId w:val="7"/>
        </w:numPr>
        <w:rPr>
          <w:rFonts w:cs="Arial"/>
          <w:color w:val="1F497D" w:themeColor="text2"/>
          <w:sz w:val="24"/>
          <w:szCs w:val="24"/>
        </w:rPr>
      </w:pPr>
      <w:r w:rsidRPr="00BF7DA0">
        <w:rPr>
          <w:rFonts w:cs="Arial"/>
          <w:sz w:val="22"/>
          <w:szCs w:val="24"/>
        </w:rPr>
        <w:t xml:space="preserve">Learn about </w:t>
      </w:r>
      <w:hyperlink r:id="rId23" w:history="1">
        <w:r>
          <w:rPr>
            <w:rStyle w:val="Hyperlink"/>
            <w:rFonts w:cs="Arial"/>
            <w:color w:val="17365D" w:themeColor="text2" w:themeShade="BF"/>
            <w:sz w:val="22"/>
            <w:szCs w:val="24"/>
          </w:rPr>
          <w:t>The CURATE Process</w:t>
        </w:r>
      </w:hyperlink>
      <w:r w:rsidRPr="00BF7DA0">
        <w:rPr>
          <w:rFonts w:cs="Arial"/>
          <w:sz w:val="22"/>
          <w:szCs w:val="24"/>
        </w:rPr>
        <w:t xml:space="preserve">, </w:t>
      </w:r>
      <w:hyperlink r:id="rId24" w:history="1">
        <w:r>
          <w:rPr>
            <w:rStyle w:val="Hyperlink"/>
            <w:rFonts w:cs="Arial"/>
            <w:color w:val="17365D" w:themeColor="text2" w:themeShade="BF"/>
            <w:sz w:val="22"/>
            <w:szCs w:val="24"/>
          </w:rPr>
          <w:t>Rubrics</w:t>
        </w:r>
      </w:hyperlink>
      <w:r w:rsidRPr="00BF7DA0">
        <w:rPr>
          <w:rFonts w:cs="Arial"/>
          <w:sz w:val="22"/>
          <w:szCs w:val="24"/>
        </w:rPr>
        <w:t xml:space="preserve">, and </w:t>
      </w:r>
      <w:hyperlink r:id="rId25" w:history="1">
        <w:r w:rsidRPr="00BF7DA0">
          <w:rPr>
            <w:rStyle w:val="Hyperlink"/>
            <w:rFonts w:cs="Arial"/>
            <w:color w:val="17365D" w:themeColor="text2" w:themeShade="BF"/>
            <w:sz w:val="22"/>
            <w:szCs w:val="24"/>
          </w:rPr>
          <w:t>Frequently Asked Questions</w:t>
        </w:r>
      </w:hyperlink>
      <w:r w:rsidRPr="00BF7DA0">
        <w:rPr>
          <w:rFonts w:cs="Arial"/>
          <w:sz w:val="22"/>
          <w:szCs w:val="24"/>
        </w:rPr>
        <w:t>.</w:t>
      </w:r>
    </w:p>
    <w:p w14:paraId="59A75FF6" w14:textId="789ADE73" w:rsidR="003E2660" w:rsidRPr="00BF7DA0" w:rsidRDefault="003E2660" w:rsidP="00BF7DA0">
      <w:r w:rsidRPr="00F121B8">
        <w:rPr>
          <w:rFonts w:cs="Arial"/>
        </w:rPr>
        <w:br w:type="page"/>
      </w:r>
    </w:p>
    <w:p w14:paraId="647CF2AA" w14:textId="7DA4F1B0" w:rsidR="00E23445" w:rsidRPr="00965A38" w:rsidRDefault="008337A3" w:rsidP="009E18BA">
      <w:pPr>
        <w:pStyle w:val="Heading2"/>
        <w:shd w:val="clear" w:color="auto" w:fill="1F497D" w:themeFill="text2"/>
        <w:rPr>
          <w:rFonts w:cs="Arial"/>
          <w:smallCaps/>
          <w:color w:val="FFFFFF" w:themeColor="background1"/>
        </w:rPr>
      </w:pPr>
      <w:bookmarkStart w:id="18" w:name="_Toc240482802"/>
      <w:r w:rsidRPr="34380F11">
        <w:rPr>
          <w:rFonts w:cs="Arial"/>
          <w:color w:val="FFFFFF" w:themeColor="background1"/>
        </w:rPr>
        <w:lastRenderedPageBreak/>
        <w:t xml:space="preserve">CURATE </w:t>
      </w:r>
      <w:r w:rsidR="00965A38" w:rsidRPr="34380F11">
        <w:rPr>
          <w:rFonts w:cs="Arial"/>
          <w:smallCaps/>
          <w:color w:val="FFFFFF" w:themeColor="background1"/>
        </w:rPr>
        <w:t>REVIEW NOTES</w:t>
      </w:r>
      <w:bookmarkEnd w:id="18"/>
    </w:p>
    <w:p w14:paraId="3C782B88" w14:textId="6F14784F" w:rsidR="04C3E956" w:rsidRDefault="04C3E956" w:rsidP="073327E6">
      <w:pPr>
        <w:rPr>
          <w:rFonts w:cs="Arial"/>
          <w:b/>
          <w:bCs/>
        </w:rPr>
      </w:pPr>
      <w:r w:rsidRPr="073327E6">
        <w:rPr>
          <w:rFonts w:cs="Arial"/>
          <w:b/>
          <w:bCs/>
        </w:rPr>
        <w:t>Departmental Master Agreement</w:t>
      </w:r>
    </w:p>
    <w:p w14:paraId="5FCBF2B6" w14:textId="27399BAA" w:rsidR="00E23445" w:rsidRPr="00F121B8" w:rsidRDefault="007D4FF4" w:rsidP="00393352">
      <w:pPr>
        <w:jc w:val="both"/>
        <w:rPr>
          <w:rFonts w:cs="Arial"/>
        </w:rPr>
      </w:pPr>
      <w:proofErr w:type="spellStart"/>
      <w:r w:rsidRPr="007D4FF4">
        <w:rPr>
          <w:rFonts w:cs="Arial"/>
          <w:i/>
          <w:iCs/>
        </w:rPr>
        <w:t>STEMscopes</w:t>
      </w:r>
      <w:proofErr w:type="spellEnd"/>
      <w:r w:rsidRPr="007D4FF4">
        <w:rPr>
          <w:rFonts w:cs="Arial"/>
          <w:i/>
          <w:iCs/>
        </w:rPr>
        <w:t xml:space="preserve"> Math</w:t>
      </w:r>
      <w:r>
        <w:rPr>
          <w:rFonts w:cs="Arial"/>
        </w:rPr>
        <w:t xml:space="preserve"> K–5</w:t>
      </w:r>
      <w:r w:rsidR="00F823C1" w:rsidRPr="00F121B8">
        <w:rPr>
          <w:rFonts w:cs="Arial"/>
        </w:rPr>
        <w:t xml:space="preserve"> </w:t>
      </w:r>
      <w:r>
        <w:rPr>
          <w:rFonts w:cs="Arial"/>
        </w:rPr>
        <w:t xml:space="preserve">(2024) </w:t>
      </w:r>
      <w:r w:rsidR="00EB3974" w:rsidRPr="00F121B8">
        <w:rPr>
          <w:rFonts w:cs="Arial"/>
        </w:rPr>
        <w:t>pre</w:t>
      </w:r>
      <w:r w:rsidR="00F823C1" w:rsidRPr="00F121B8">
        <w:rPr>
          <w:rFonts w:cs="Arial"/>
        </w:rPr>
        <w:t xml:space="preserve">qualifies for a </w:t>
      </w:r>
      <w:hyperlink r:id="rId26">
        <w:r w:rsidR="00E23445" w:rsidRPr="00F121B8">
          <w:rPr>
            <w:rFonts w:cs="Arial"/>
            <w:u w:val="single"/>
          </w:rPr>
          <w:t>Departmental Master Agreement</w:t>
        </w:r>
      </w:hyperlink>
      <w:r w:rsidR="00F823C1" w:rsidRPr="00F121B8">
        <w:rPr>
          <w:rFonts w:cs="Arial"/>
        </w:rPr>
        <w:t xml:space="preserve"> based upon its CURATE rating</w:t>
      </w:r>
      <w:r w:rsidR="00EB3974" w:rsidRPr="00F121B8">
        <w:rPr>
          <w:rFonts w:cs="Arial"/>
        </w:rPr>
        <w:t>s</w:t>
      </w:r>
      <w:r w:rsidR="00F823C1" w:rsidRPr="00F121B8">
        <w:rPr>
          <w:rFonts w:cs="Arial"/>
        </w:rPr>
        <w:t xml:space="preserve">. </w:t>
      </w:r>
      <w:r w:rsidR="00EB3974" w:rsidRPr="00F121B8">
        <w:rPr>
          <w:rFonts w:cs="Arial"/>
        </w:rPr>
        <w:t xml:space="preserve">Availability of a Master Agreement depends on </w:t>
      </w:r>
      <w:r w:rsidR="00EF60F1" w:rsidRPr="00F121B8">
        <w:rPr>
          <w:rFonts w:cs="Arial"/>
        </w:rPr>
        <w:t xml:space="preserve">completion of the applicable publisher negotiation and approval process. </w:t>
      </w:r>
      <w:r w:rsidR="00F823C1" w:rsidRPr="00F121B8">
        <w:rPr>
          <w:rFonts w:cs="Arial"/>
        </w:rPr>
        <w:t xml:space="preserve">Email </w:t>
      </w:r>
      <w:hyperlink r:id="rId27">
        <w:r w:rsidR="00E23445" w:rsidRPr="00F121B8">
          <w:rPr>
            <w:rFonts w:cs="Arial"/>
            <w:u w:val="single"/>
          </w:rPr>
          <w:t>DESE-CURATE@mass.gov</w:t>
        </w:r>
      </w:hyperlink>
      <w:r w:rsidR="00F823C1" w:rsidRPr="00F121B8">
        <w:rPr>
          <w:rFonts w:cs="Arial"/>
        </w:rPr>
        <w:t xml:space="preserve"> </w:t>
      </w:r>
      <w:r w:rsidR="00EF60F1" w:rsidRPr="00F121B8">
        <w:rPr>
          <w:rFonts w:cs="Arial"/>
        </w:rPr>
        <w:t>to confirm availability and learn how to utilize an agreement</w:t>
      </w:r>
      <w:r w:rsidR="00F823C1" w:rsidRPr="00F121B8">
        <w:rPr>
          <w:rFonts w:cs="Arial"/>
        </w:rPr>
        <w:t>.</w:t>
      </w:r>
      <w:r w:rsidR="00F823C1" w:rsidRPr="00F121B8">
        <w:rPr>
          <w:rFonts w:cs="Arial"/>
        </w:rPr>
        <w:br w:type="page"/>
      </w:r>
    </w:p>
    <w:p w14:paraId="2E2B1DBD" w14:textId="77777777" w:rsidR="00E23445" w:rsidRPr="00F121B8" w:rsidRDefault="008337A3" w:rsidP="00587AEB">
      <w:pPr>
        <w:pStyle w:val="Heading2"/>
        <w:shd w:val="clear" w:color="auto" w:fill="1F497D" w:themeFill="text2"/>
        <w:rPr>
          <w:rFonts w:cs="Arial"/>
          <w:color w:val="FFFFFF" w:themeColor="background1"/>
        </w:rPr>
      </w:pPr>
      <w:bookmarkStart w:id="19" w:name="_Toc240482803"/>
      <w:r w:rsidRPr="34380F11">
        <w:rPr>
          <w:rFonts w:cs="Arial"/>
          <w:color w:val="FFFFFF" w:themeColor="background1"/>
        </w:rPr>
        <w:lastRenderedPageBreak/>
        <w:t>APPENDIX</w:t>
      </w:r>
      <w:bookmarkEnd w:id="19"/>
    </w:p>
    <w:p w14:paraId="746D8AEA" w14:textId="559576A2" w:rsidR="00E23445" w:rsidRPr="00F121B8" w:rsidRDefault="008337A3" w:rsidP="095E9775">
      <w:pPr>
        <w:pStyle w:val="Heading3"/>
        <w:spacing w:after="200" w:line="276" w:lineRule="auto"/>
        <w:rPr>
          <w:rFonts w:cs="Arial"/>
        </w:rPr>
      </w:pPr>
      <w:bookmarkStart w:id="20" w:name="_Toc240482804"/>
      <w:r w:rsidRPr="34380F11">
        <w:rPr>
          <w:rFonts w:cs="Arial"/>
        </w:rPr>
        <w:t>Appendix A: Understanding CURATE Reviews and Reports</w:t>
      </w:r>
      <w:bookmarkEnd w:id="20"/>
    </w:p>
    <w:p w14:paraId="29771C22" w14:textId="77777777" w:rsidR="00E23445" w:rsidRPr="00F121B8" w:rsidRDefault="008337A3" w:rsidP="00393352">
      <w:pPr>
        <w:jc w:val="both"/>
        <w:rPr>
          <w:rFonts w:cs="Arial"/>
        </w:rPr>
      </w:pPr>
      <w:r w:rsidRPr="00F121B8">
        <w:rPr>
          <w:rFonts w:cs="Arial"/>
        </w:rPr>
        <w:t xml:space="preserve">Each CURATE panel uses a content-specific rubric to evaluate comprehensive core instructional materials through two complementary domains: </w:t>
      </w:r>
      <w:r w:rsidRPr="00F121B8">
        <w:rPr>
          <w:rFonts w:cs="Arial"/>
          <w:b/>
        </w:rPr>
        <w:t>Standards Alignment</w:t>
      </w:r>
      <w:r w:rsidRPr="00F121B8">
        <w:rPr>
          <w:rFonts w:cs="Arial"/>
        </w:rPr>
        <w:t xml:space="preserve"> and </w:t>
      </w:r>
      <w:r w:rsidRPr="00F121B8">
        <w:rPr>
          <w:rFonts w:cs="Arial"/>
          <w:b/>
        </w:rPr>
        <w:t>Classroom Application</w:t>
      </w:r>
      <w:r w:rsidRPr="00F121B8">
        <w:rPr>
          <w:rFonts w:cs="Arial"/>
        </w:rPr>
        <w:t>. Together, these domains provide a comprehensive picture of curriculum quality by examining both what the materials teach and how well they support effective implementation.</w:t>
      </w:r>
    </w:p>
    <w:p w14:paraId="597F1832" w14:textId="77777777" w:rsidR="00E23445" w:rsidRPr="00F121B8" w:rsidRDefault="008337A3" w:rsidP="00E66BCD">
      <w:pPr>
        <w:pStyle w:val="Heading4"/>
        <w:rPr>
          <w:rFonts w:cs="Arial"/>
        </w:rPr>
      </w:pPr>
      <w:r w:rsidRPr="00F121B8">
        <w:rPr>
          <w:rFonts w:cs="Arial"/>
        </w:rPr>
        <w:t>Standards Alignment</w:t>
      </w:r>
    </w:p>
    <w:p w14:paraId="7BD019D1" w14:textId="77777777" w:rsidR="00E23445" w:rsidRPr="00F121B8" w:rsidRDefault="008337A3" w:rsidP="00393352">
      <w:pPr>
        <w:jc w:val="both"/>
        <w:rPr>
          <w:rFonts w:cs="Arial"/>
        </w:rPr>
      </w:pPr>
      <w:r w:rsidRPr="00F121B8">
        <w:rPr>
          <w:rFonts w:cs="Arial"/>
        </w:rPr>
        <w:t xml:space="preserve">This domain examines the extent to which core instructional materials reflect the intent, rigor, and progression of the </w:t>
      </w:r>
      <w:hyperlink r:id="rId28">
        <w:r w:rsidR="00E23445" w:rsidRPr="00F121B8">
          <w:rPr>
            <w:rFonts w:cs="Arial"/>
            <w:u w:val="single"/>
          </w:rPr>
          <w:t>Massachusetts curriculum frameworks</w:t>
        </w:r>
      </w:hyperlink>
      <w:r w:rsidRPr="00F121B8">
        <w:rPr>
          <w:rFonts w:cs="Arial"/>
        </w:rPr>
        <w:t>. While reviewed curricula have already met a minimum threshold for alignment to nationally recognized college- and career-ready standards, the CURATE rubric evaluates Massachusetts-specific expectations, priorities, and instructional emphases.</w:t>
      </w:r>
    </w:p>
    <w:p w14:paraId="797B5717" w14:textId="60B38255" w:rsidR="00E23445" w:rsidRPr="00F121B8" w:rsidRDefault="008337A3" w:rsidP="00393352">
      <w:pPr>
        <w:jc w:val="both"/>
        <w:rPr>
          <w:rFonts w:cs="Arial"/>
        </w:rPr>
      </w:pPr>
      <w:r w:rsidRPr="00F121B8">
        <w:rPr>
          <w:rFonts w:cs="Arial"/>
        </w:rPr>
        <w:t>Examples include authentic application of grade-level language standards in ELA/Literacy, mathematical discourse and reasoning in Mathematics, scientific sensemaking in Science</w:t>
      </w:r>
      <w:r w:rsidR="007D4FF4">
        <w:rPr>
          <w:rFonts w:cs="Arial"/>
        </w:rPr>
        <w:t xml:space="preserve"> and</w:t>
      </w:r>
      <w:r w:rsidR="00393352">
        <w:rPr>
          <w:rFonts w:cs="Arial"/>
        </w:rPr>
        <w:t xml:space="preserve"> </w:t>
      </w:r>
      <w:r w:rsidR="007D4FF4">
        <w:rPr>
          <w:rFonts w:cs="Arial"/>
        </w:rPr>
        <w:t>Technology/Engineering</w:t>
      </w:r>
      <w:r w:rsidRPr="00F121B8">
        <w:rPr>
          <w:rFonts w:cs="Arial"/>
        </w:rPr>
        <w:t>, and culturally and linguistically sustaining practices across all content areas.</w:t>
      </w:r>
    </w:p>
    <w:p w14:paraId="0BC90A6A" w14:textId="77777777" w:rsidR="00E23445" w:rsidRPr="00F121B8" w:rsidRDefault="008337A3" w:rsidP="009904F5">
      <w:pPr>
        <w:pStyle w:val="Heading5"/>
        <w:rPr>
          <w:rFonts w:cs="Arial"/>
        </w:rPr>
      </w:pPr>
      <w:r w:rsidRPr="00F121B8">
        <w:rPr>
          <w:rFonts w:cs="Arial"/>
        </w:rPr>
        <w:t>Panel Guiding Question</w:t>
      </w:r>
    </w:p>
    <w:p w14:paraId="3AA13E21" w14:textId="77777777" w:rsidR="00E23445" w:rsidRPr="00F121B8" w:rsidRDefault="008337A3" w:rsidP="00393352">
      <w:pPr>
        <w:jc w:val="both"/>
        <w:rPr>
          <w:rFonts w:cs="Arial"/>
        </w:rPr>
      </w:pPr>
      <w:r w:rsidRPr="00F121B8">
        <w:rPr>
          <w:rFonts w:cs="Arial"/>
        </w:rPr>
        <w:t>To what extent do the materials reflect the intent, rigor, and progression of the Massachusetts curriculum frameworks?</w:t>
      </w:r>
    </w:p>
    <w:p w14:paraId="56D9459D" w14:textId="77777777" w:rsidR="00E23445" w:rsidRPr="00F121B8" w:rsidRDefault="008337A3" w:rsidP="009904F5">
      <w:pPr>
        <w:pStyle w:val="Heading4"/>
        <w:rPr>
          <w:rFonts w:cs="Arial"/>
        </w:rPr>
      </w:pPr>
      <w:r w:rsidRPr="00F121B8">
        <w:rPr>
          <w:rFonts w:cs="Arial"/>
        </w:rPr>
        <w:t>Classroom Application</w:t>
      </w:r>
    </w:p>
    <w:p w14:paraId="685078C4" w14:textId="77777777" w:rsidR="00E23445" w:rsidRPr="00F121B8" w:rsidRDefault="008337A3" w:rsidP="00393352">
      <w:pPr>
        <w:jc w:val="both"/>
        <w:rPr>
          <w:rFonts w:cs="Arial"/>
        </w:rPr>
      </w:pPr>
      <w:r w:rsidRPr="00F121B8">
        <w:rPr>
          <w:rFonts w:cs="Arial"/>
        </w:rPr>
        <w:t xml:space="preserve">This domain examines how well instructional materials support teachers in implementing rigorous, inclusive, grade-level instruction for all students. Indicators address accessibility for diverse learners, usability for teachers, and the supports embedded within the curriculum to help teachers meet the expectations of Standard I (Curriculum, Planning, and Assessment) and Standard II (Teaching All Students) of the </w:t>
      </w:r>
      <w:hyperlink r:id="rId29">
        <w:r w:rsidR="00E23445" w:rsidRPr="00F121B8">
          <w:rPr>
            <w:rFonts w:cs="Arial"/>
            <w:u w:val="single"/>
          </w:rPr>
          <w:t>Massachusetts Standards of Effective Teaching Practice</w:t>
        </w:r>
      </w:hyperlink>
      <w:r w:rsidRPr="00F121B8">
        <w:rPr>
          <w:rFonts w:cs="Arial"/>
        </w:rPr>
        <w:t>.</w:t>
      </w:r>
    </w:p>
    <w:p w14:paraId="7235E425" w14:textId="77777777" w:rsidR="00E23445" w:rsidRPr="00F121B8" w:rsidRDefault="008337A3" w:rsidP="00393352">
      <w:pPr>
        <w:jc w:val="both"/>
        <w:rPr>
          <w:rFonts w:cs="Arial"/>
        </w:rPr>
      </w:pPr>
      <w:r w:rsidRPr="00F121B8">
        <w:rPr>
          <w:rFonts w:cs="Arial"/>
        </w:rPr>
        <w:t>Rather than evaluating instructional implementation itself, this domain evaluates the extent to which the curriculum provides teachers with the supports needed to implement high-quality Tier 1 instruction.</w:t>
      </w:r>
    </w:p>
    <w:p w14:paraId="187E63B1" w14:textId="77777777" w:rsidR="00E23445" w:rsidRPr="00F121B8" w:rsidRDefault="008337A3" w:rsidP="00E66BCD">
      <w:pPr>
        <w:pStyle w:val="Heading5"/>
        <w:rPr>
          <w:rFonts w:cs="Arial"/>
        </w:rPr>
      </w:pPr>
      <w:r w:rsidRPr="00F121B8">
        <w:rPr>
          <w:rFonts w:cs="Arial"/>
        </w:rPr>
        <w:t>Panel Guiding Question</w:t>
      </w:r>
    </w:p>
    <w:p w14:paraId="43C347B4" w14:textId="666B7894" w:rsidR="00E23445" w:rsidRPr="00F121B8" w:rsidRDefault="008337A3" w:rsidP="00393352">
      <w:pPr>
        <w:jc w:val="both"/>
        <w:rPr>
          <w:rFonts w:cs="Arial"/>
        </w:rPr>
      </w:pPr>
      <w:r w:rsidRPr="00F121B8">
        <w:rPr>
          <w:rFonts w:cs="Arial"/>
        </w:rPr>
        <w:t>To what extent do the materials support teachers in providing rigorous, accessible, grade-level learning for all students through high-quality Tier 1 instruction?</w:t>
      </w:r>
    </w:p>
    <w:p w14:paraId="35A2AC64" w14:textId="77777777" w:rsidR="00E23445" w:rsidRPr="00F121B8" w:rsidRDefault="008337A3" w:rsidP="009904F5">
      <w:pPr>
        <w:pStyle w:val="Heading4"/>
        <w:rPr>
          <w:rFonts w:cs="Arial"/>
        </w:rPr>
      </w:pPr>
      <w:r w:rsidRPr="00F121B8">
        <w:rPr>
          <w:rFonts w:cs="Arial"/>
        </w:rPr>
        <w:t>Cross-Cutting Massachusetts Priorities</w:t>
      </w:r>
    </w:p>
    <w:p w14:paraId="3CBC56AA" w14:textId="77777777" w:rsidR="00E23445" w:rsidRPr="00F121B8" w:rsidRDefault="008337A3" w:rsidP="00393352">
      <w:pPr>
        <w:jc w:val="both"/>
        <w:rPr>
          <w:rFonts w:cs="Arial"/>
        </w:rPr>
      </w:pPr>
      <w:r w:rsidRPr="00F121B8">
        <w:rPr>
          <w:rFonts w:cs="Arial"/>
        </w:rPr>
        <w:t>Across both domains, CURATE evaluates how well instructional materials support Massachusetts' cross-cutting priorities, including:</w:t>
      </w:r>
    </w:p>
    <w:p w14:paraId="48EFF39D" w14:textId="77777777" w:rsidR="00193C67" w:rsidRPr="00F121B8" w:rsidRDefault="008337A3" w:rsidP="00393352">
      <w:pPr>
        <w:pStyle w:val="ListParagraph"/>
        <w:numPr>
          <w:ilvl w:val="0"/>
          <w:numId w:val="10"/>
        </w:numPr>
        <w:jc w:val="both"/>
        <w:rPr>
          <w:rFonts w:cs="Arial"/>
        </w:rPr>
      </w:pPr>
      <w:r w:rsidRPr="00F121B8">
        <w:rPr>
          <w:rFonts w:cs="Arial"/>
          <w:b/>
        </w:rPr>
        <w:t>Accessibility and Universal Design for Learning.</w:t>
      </w:r>
      <w:r w:rsidRPr="00F121B8">
        <w:rPr>
          <w:rFonts w:cs="Arial"/>
        </w:rPr>
        <w:t xml:space="preserve"> Providing all students meaningful access to grade-level learning through flexible, inclusive design. </w:t>
      </w:r>
    </w:p>
    <w:p w14:paraId="432855ED" w14:textId="478C340E" w:rsidR="00193C67" w:rsidRPr="00F121B8" w:rsidRDefault="00193C67" w:rsidP="00393352">
      <w:pPr>
        <w:pStyle w:val="ListParagraph"/>
        <w:numPr>
          <w:ilvl w:val="0"/>
          <w:numId w:val="10"/>
        </w:numPr>
        <w:jc w:val="both"/>
        <w:rPr>
          <w:rFonts w:cs="Arial"/>
        </w:rPr>
      </w:pPr>
      <w:r w:rsidRPr="00F121B8">
        <w:rPr>
          <w:rFonts w:cs="Arial"/>
          <w:b/>
        </w:rPr>
        <w:t>Culturally and Linguistically Sustaining Practices.</w:t>
      </w:r>
      <w:r w:rsidRPr="00F121B8">
        <w:rPr>
          <w:rFonts w:cs="Arial"/>
        </w:rPr>
        <w:t xml:space="preserve"> Affirming, valuing, and sustaining students</w:t>
      </w:r>
      <w:r w:rsidR="279FD726" w:rsidRPr="00F121B8">
        <w:rPr>
          <w:rFonts w:cs="Arial"/>
        </w:rPr>
        <w:t>’</w:t>
      </w:r>
      <w:r w:rsidRPr="00F121B8">
        <w:rPr>
          <w:rFonts w:cs="Arial"/>
        </w:rPr>
        <w:t xml:space="preserve"> cultural identities, language practices, and community knowledge as assets for learning while supporting the many ways students think, communicate, and express who they are in school.</w:t>
      </w:r>
    </w:p>
    <w:p w14:paraId="35FCE570" w14:textId="7BDC07E8" w:rsidR="003E2660" w:rsidRPr="00F121B8" w:rsidRDefault="003E2660" w:rsidP="00393352">
      <w:pPr>
        <w:pStyle w:val="ListParagraph"/>
        <w:numPr>
          <w:ilvl w:val="0"/>
          <w:numId w:val="10"/>
        </w:numPr>
        <w:jc w:val="both"/>
        <w:rPr>
          <w:rFonts w:cs="Arial"/>
        </w:rPr>
      </w:pPr>
      <w:r w:rsidRPr="00F121B8">
        <w:rPr>
          <w:rFonts w:cs="Arial"/>
          <w:b/>
        </w:rPr>
        <w:lastRenderedPageBreak/>
        <w:t xml:space="preserve">Integrated Disciplinary Literacy. </w:t>
      </w:r>
      <w:r w:rsidRPr="00F121B8">
        <w:rPr>
          <w:rFonts w:cs="Arial"/>
        </w:rPr>
        <w:t>Developing reading, writing, speaking, listening, and language in service of disciplinary learning.</w:t>
      </w:r>
    </w:p>
    <w:p w14:paraId="6BB52AF1" w14:textId="77777777" w:rsidR="00E23445" w:rsidRPr="00F121B8" w:rsidRDefault="008337A3" w:rsidP="00393352">
      <w:pPr>
        <w:jc w:val="both"/>
        <w:rPr>
          <w:rFonts w:cs="Arial"/>
        </w:rPr>
      </w:pPr>
      <w:r w:rsidRPr="00F121B8">
        <w:rPr>
          <w:rFonts w:cs="Arial"/>
        </w:rPr>
        <w:t>These priorities are embedded throughout the rubric rather than evaluated as stand-alone criteria.</w:t>
      </w:r>
    </w:p>
    <w:p w14:paraId="203D4934" w14:textId="77777777" w:rsidR="00E23445" w:rsidRPr="00F121B8" w:rsidRDefault="008337A3" w:rsidP="00E66BCD">
      <w:pPr>
        <w:pStyle w:val="Heading4"/>
        <w:rPr>
          <w:rFonts w:cs="Arial"/>
        </w:rPr>
      </w:pPr>
      <w:r w:rsidRPr="00F121B8">
        <w:rPr>
          <w:rFonts w:cs="Arial"/>
        </w:rPr>
        <w:t>Standards Alignment Criteria by Content Area</w:t>
      </w:r>
    </w:p>
    <w:tbl>
      <w:tblPr>
        <w:tblStyle w:val="TableGrid"/>
        <w:tblW w:w="10260" w:type="dxa"/>
        <w:jc w:val="center"/>
        <w:tblLayout w:type="fixed"/>
        <w:tblLook w:val="04A0" w:firstRow="1" w:lastRow="0" w:firstColumn="1" w:lastColumn="0" w:noHBand="0" w:noVBand="1"/>
        <w:tblCaption w:val="Standards Alignment Criteria by Content Area"/>
        <w:tblDescription w:val="Table showing Standards Alignment evaluation criteria by content area and grade span. Content areas include Digital Literacy and Computer Science, English Language Arts and Literacy, History and Social Science, Mathematics, and Science and Technology/Engineering. Each content area has two or three applicable criteria addressing areas such as scope and progression, instructional approach, foundational skills, text quality and organization, classroom tasks and instruction, content standards and organization, and grade-appropriate practices. "/>
      </w:tblPr>
      <w:tblGrid>
        <w:gridCol w:w="2694"/>
        <w:gridCol w:w="2430"/>
        <w:gridCol w:w="2790"/>
        <w:gridCol w:w="2346"/>
      </w:tblGrid>
      <w:tr w:rsidR="0041089A" w:rsidRPr="004523D0" w14:paraId="4BB27195" w14:textId="77777777" w:rsidTr="00393352">
        <w:trPr>
          <w:cantSplit/>
          <w:tblHeade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2E07DC" w14:textId="77777777" w:rsidR="0041089A" w:rsidRPr="00F121B8" w:rsidRDefault="0041089A">
            <w:pPr>
              <w:jc w:val="center"/>
              <w:rPr>
                <w:rFonts w:cs="Arial"/>
                <w:szCs w:val="32"/>
              </w:rPr>
            </w:pPr>
            <w:r w:rsidRPr="00F121B8">
              <w:rPr>
                <w:rFonts w:cs="Arial"/>
                <w:b/>
                <w:szCs w:val="32"/>
              </w:rPr>
              <w:t>Content Area</w:t>
            </w:r>
          </w:p>
        </w:tc>
        <w:tc>
          <w:tcPr>
            <w:tcW w:w="243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649E5F" w14:textId="77777777" w:rsidR="0041089A" w:rsidRPr="00F121B8" w:rsidRDefault="0041089A">
            <w:pPr>
              <w:jc w:val="center"/>
              <w:rPr>
                <w:rFonts w:cs="Arial"/>
                <w:szCs w:val="32"/>
              </w:rPr>
            </w:pPr>
            <w:r w:rsidRPr="00F121B8">
              <w:rPr>
                <w:rFonts w:cs="Arial"/>
                <w:b/>
                <w:szCs w:val="32"/>
              </w:rPr>
              <w:t>Criterion 1</w:t>
            </w:r>
          </w:p>
        </w:tc>
        <w:tc>
          <w:tcPr>
            <w:tcW w:w="279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E14691E" w14:textId="77777777" w:rsidR="0041089A" w:rsidRPr="00F121B8" w:rsidRDefault="0041089A">
            <w:pPr>
              <w:jc w:val="center"/>
              <w:rPr>
                <w:rFonts w:cs="Arial"/>
                <w:szCs w:val="32"/>
              </w:rPr>
            </w:pPr>
            <w:r w:rsidRPr="00F121B8">
              <w:rPr>
                <w:rFonts w:cs="Arial"/>
                <w:b/>
                <w:szCs w:val="32"/>
              </w:rPr>
              <w:t>Criterion 2</w:t>
            </w:r>
          </w:p>
        </w:tc>
        <w:tc>
          <w:tcPr>
            <w:tcW w:w="2346"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011889B" w14:textId="77777777" w:rsidR="0041089A" w:rsidRPr="00F121B8" w:rsidRDefault="0041089A">
            <w:pPr>
              <w:jc w:val="center"/>
              <w:rPr>
                <w:rFonts w:cs="Arial"/>
                <w:szCs w:val="32"/>
              </w:rPr>
            </w:pPr>
            <w:r w:rsidRPr="00F121B8">
              <w:rPr>
                <w:rFonts w:cs="Arial"/>
                <w:b/>
                <w:szCs w:val="32"/>
              </w:rPr>
              <w:t>Criterion 3</w:t>
            </w:r>
          </w:p>
        </w:tc>
      </w:tr>
      <w:tr w:rsidR="0041089A" w:rsidRPr="004523D0" w14:paraId="1270322E"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7BC41B7" w14:textId="77777777" w:rsidR="0041089A" w:rsidRPr="00F121B8" w:rsidRDefault="0041089A" w:rsidP="00193C67">
            <w:pPr>
              <w:rPr>
                <w:rFonts w:cs="Arial"/>
                <w:b/>
                <w:sz w:val="20"/>
                <w:szCs w:val="20"/>
              </w:rPr>
            </w:pPr>
            <w:r w:rsidRPr="00F121B8">
              <w:rPr>
                <w:rFonts w:cs="Arial"/>
                <w:b/>
                <w:sz w:val="20"/>
                <w:szCs w:val="20"/>
              </w:rPr>
              <w:t>Digital Literacy and Computer Science K–12</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31C221" w14:textId="77777777" w:rsidR="0041089A" w:rsidRPr="00F121B8" w:rsidRDefault="0041089A" w:rsidP="00193C67">
            <w:pPr>
              <w:rPr>
                <w:rFonts w:cs="Arial"/>
                <w:sz w:val="20"/>
                <w:szCs w:val="20"/>
              </w:rPr>
            </w:pPr>
            <w:r w:rsidRPr="00F121B8">
              <w:rPr>
                <w:rFonts w:cs="Arial"/>
                <w:sz w:val="20"/>
                <w:szCs w:val="20"/>
              </w:rPr>
              <w:t>Scope and Progression</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E2854B1" w14:textId="77777777" w:rsidR="0041089A" w:rsidRPr="00F121B8" w:rsidRDefault="0041089A" w:rsidP="00193C67">
            <w:pPr>
              <w:rPr>
                <w:rFonts w:cs="Arial"/>
                <w:sz w:val="20"/>
                <w:szCs w:val="20"/>
              </w:rPr>
            </w:pPr>
            <w:r w:rsidRPr="00F121B8">
              <w:rPr>
                <w:rFonts w:cs="Arial"/>
                <w:sz w:val="20"/>
                <w:szCs w:val="20"/>
              </w:rPr>
              <w:t>Approach to Instruction</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45F261"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0D94620C"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541D85D" w14:textId="26A7E004" w:rsidR="0041089A" w:rsidRPr="00F121B8" w:rsidRDefault="0041089A" w:rsidP="00193C67">
            <w:pPr>
              <w:rPr>
                <w:rFonts w:cs="Arial"/>
                <w:b/>
                <w:sz w:val="20"/>
                <w:szCs w:val="20"/>
              </w:rPr>
            </w:pPr>
            <w:r w:rsidRPr="00F121B8">
              <w:rPr>
                <w:rFonts w:cs="Arial"/>
                <w:b/>
                <w:sz w:val="20"/>
                <w:szCs w:val="20"/>
              </w:rPr>
              <w:t>English Language Arts and Literacy K–5</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1656D3" w14:textId="77777777" w:rsidR="0041089A" w:rsidRPr="00F121B8" w:rsidRDefault="0041089A" w:rsidP="00193C67">
            <w:pPr>
              <w:rPr>
                <w:rFonts w:cs="Arial"/>
                <w:sz w:val="20"/>
                <w:szCs w:val="20"/>
              </w:rPr>
            </w:pPr>
            <w:r w:rsidRPr="00F121B8">
              <w:rPr>
                <w:rFonts w:cs="Arial"/>
                <w:sz w:val="20"/>
                <w:szCs w:val="20"/>
              </w:rPr>
              <w:t>Foundational Skills</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DFE0260" w14:textId="51418E57" w:rsidR="0041089A" w:rsidRPr="00F121B8" w:rsidRDefault="0041089A" w:rsidP="00193C67">
            <w:pPr>
              <w:rPr>
                <w:rFonts w:cs="Arial"/>
                <w:sz w:val="20"/>
                <w:szCs w:val="20"/>
              </w:rPr>
            </w:pPr>
            <w:r w:rsidRPr="00F121B8">
              <w:rPr>
                <w:rFonts w:cs="Arial"/>
                <w:sz w:val="20"/>
                <w:szCs w:val="20"/>
              </w:rPr>
              <w:t>Text Quality and Organization</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ADE0C3" w14:textId="77777777" w:rsidR="0041089A" w:rsidRPr="00F121B8" w:rsidRDefault="0041089A" w:rsidP="00193C67">
            <w:pPr>
              <w:rPr>
                <w:rFonts w:cs="Arial"/>
                <w:sz w:val="20"/>
                <w:szCs w:val="20"/>
              </w:rPr>
            </w:pPr>
            <w:r w:rsidRPr="00F121B8">
              <w:rPr>
                <w:rFonts w:cs="Arial"/>
                <w:sz w:val="20"/>
                <w:szCs w:val="20"/>
              </w:rPr>
              <w:t>Classroom Tasks and Instruction</w:t>
            </w:r>
          </w:p>
        </w:tc>
      </w:tr>
      <w:tr w:rsidR="0041089A" w:rsidRPr="004523D0" w14:paraId="7973CCBA"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0822B99" w14:textId="036CBCEB" w:rsidR="0041089A" w:rsidRPr="00F121B8" w:rsidRDefault="0041089A" w:rsidP="00193C67">
            <w:pPr>
              <w:rPr>
                <w:rFonts w:cs="Arial"/>
                <w:b/>
                <w:sz w:val="20"/>
                <w:szCs w:val="20"/>
              </w:rPr>
            </w:pPr>
            <w:r w:rsidRPr="00F121B8">
              <w:rPr>
                <w:rFonts w:cs="Arial"/>
                <w:b/>
                <w:sz w:val="20"/>
                <w:szCs w:val="20"/>
              </w:rPr>
              <w:t>English Language Arts and Literacy 6–12</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CCF39C3" w14:textId="77777777" w:rsidR="0041089A" w:rsidRPr="00F121B8" w:rsidRDefault="0041089A" w:rsidP="00193C67">
            <w:pPr>
              <w:rPr>
                <w:rFonts w:cs="Arial"/>
                <w:sz w:val="20"/>
                <w:szCs w:val="20"/>
              </w:rPr>
            </w:pPr>
            <w:r w:rsidRPr="00F121B8">
              <w:rPr>
                <w:rFonts w:cs="Arial"/>
                <w:sz w:val="20"/>
                <w:szCs w:val="20"/>
              </w:rPr>
              <w:t>Text Quality and Organization</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EF2CFD" w14:textId="69D9C6BA" w:rsidR="0041089A" w:rsidRPr="00F121B8" w:rsidRDefault="0041089A" w:rsidP="00193C67">
            <w:pPr>
              <w:rPr>
                <w:rFonts w:cs="Arial"/>
                <w:sz w:val="20"/>
                <w:szCs w:val="20"/>
              </w:rPr>
            </w:pPr>
            <w:r w:rsidRPr="00F121B8">
              <w:rPr>
                <w:rFonts w:cs="Arial"/>
                <w:sz w:val="20"/>
                <w:szCs w:val="20"/>
              </w:rPr>
              <w:t>Classroom Tasks and Instruction</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9DA29A"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4D3B6511"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A81F327" w14:textId="77777777" w:rsidR="0041089A" w:rsidRPr="00F121B8" w:rsidRDefault="0041089A" w:rsidP="00193C67">
            <w:pPr>
              <w:rPr>
                <w:rFonts w:cs="Arial"/>
                <w:b/>
                <w:sz w:val="20"/>
                <w:szCs w:val="20"/>
              </w:rPr>
            </w:pPr>
            <w:r w:rsidRPr="00F121B8">
              <w:rPr>
                <w:rFonts w:cs="Arial"/>
                <w:b/>
                <w:sz w:val="20"/>
                <w:szCs w:val="20"/>
              </w:rPr>
              <w:t>History and Social Science K–12</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65A1B7A" w14:textId="77777777" w:rsidR="0041089A" w:rsidRPr="00F121B8" w:rsidRDefault="0041089A" w:rsidP="00193C67">
            <w:pPr>
              <w:rPr>
                <w:rFonts w:cs="Arial"/>
                <w:sz w:val="20"/>
                <w:szCs w:val="20"/>
              </w:rPr>
            </w:pPr>
            <w:r w:rsidRPr="00F121B8">
              <w:rPr>
                <w:rFonts w:cs="Arial"/>
                <w:sz w:val="20"/>
                <w:szCs w:val="20"/>
              </w:rPr>
              <w:t>Scope and Progression</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853CF26" w14:textId="77777777" w:rsidR="0041089A" w:rsidRPr="00F121B8" w:rsidRDefault="0041089A" w:rsidP="00193C67">
            <w:pPr>
              <w:rPr>
                <w:rFonts w:cs="Arial"/>
                <w:sz w:val="20"/>
                <w:szCs w:val="20"/>
              </w:rPr>
            </w:pPr>
            <w:r w:rsidRPr="00F121B8">
              <w:rPr>
                <w:rFonts w:cs="Arial"/>
                <w:sz w:val="20"/>
                <w:szCs w:val="20"/>
              </w:rPr>
              <w:t>Classroom Tasks and Instruction</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23EC5E9"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29A791C3"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A12CD1" w14:textId="77777777" w:rsidR="0041089A" w:rsidRPr="00F121B8" w:rsidRDefault="0041089A" w:rsidP="00193C67">
            <w:pPr>
              <w:rPr>
                <w:rFonts w:cs="Arial"/>
                <w:b/>
                <w:sz w:val="20"/>
                <w:szCs w:val="20"/>
              </w:rPr>
            </w:pPr>
            <w:r w:rsidRPr="00F121B8">
              <w:rPr>
                <w:rFonts w:cs="Arial"/>
                <w:b/>
                <w:sz w:val="20"/>
                <w:szCs w:val="20"/>
              </w:rPr>
              <w:t>Mathematics K–12</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441407E" w14:textId="77777777" w:rsidR="0041089A" w:rsidRPr="00F121B8" w:rsidRDefault="0041089A" w:rsidP="00193C67">
            <w:pPr>
              <w:rPr>
                <w:rFonts w:cs="Arial"/>
                <w:sz w:val="20"/>
                <w:szCs w:val="20"/>
              </w:rPr>
            </w:pPr>
            <w:r w:rsidRPr="00F121B8">
              <w:rPr>
                <w:rFonts w:cs="Arial"/>
                <w:sz w:val="20"/>
                <w:szCs w:val="20"/>
              </w:rPr>
              <w:t>Content Standards and Organization</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D5BD98D" w14:textId="77777777" w:rsidR="0041089A" w:rsidRPr="00F121B8" w:rsidRDefault="0041089A" w:rsidP="00193C67">
            <w:pPr>
              <w:rPr>
                <w:rFonts w:cs="Arial"/>
                <w:sz w:val="20"/>
                <w:szCs w:val="20"/>
              </w:rPr>
            </w:pPr>
            <w:r w:rsidRPr="00F121B8">
              <w:rPr>
                <w:rFonts w:cs="Arial"/>
                <w:sz w:val="20"/>
                <w:szCs w:val="20"/>
              </w:rPr>
              <w:t>Grade-Appropriate Practices</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7B5EF3B"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639CEF08" w14:textId="77777777" w:rsidTr="00393352">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C8FABD3" w14:textId="77777777" w:rsidR="0041089A" w:rsidRPr="00F121B8" w:rsidRDefault="0041089A" w:rsidP="00193C67">
            <w:pPr>
              <w:rPr>
                <w:rFonts w:cs="Arial"/>
                <w:b/>
                <w:sz w:val="20"/>
                <w:szCs w:val="20"/>
              </w:rPr>
            </w:pPr>
            <w:r w:rsidRPr="00F121B8">
              <w:rPr>
                <w:rFonts w:cs="Arial"/>
                <w:b/>
                <w:sz w:val="20"/>
                <w:szCs w:val="20"/>
              </w:rPr>
              <w:t>Science and Technology/Engineering K–12</w:t>
            </w:r>
          </w:p>
        </w:tc>
        <w:tc>
          <w:tcPr>
            <w:tcW w:w="243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EBF8A27" w14:textId="77777777" w:rsidR="0041089A" w:rsidRPr="00F121B8" w:rsidRDefault="0041089A" w:rsidP="00193C67">
            <w:pPr>
              <w:rPr>
                <w:rFonts w:cs="Arial"/>
                <w:sz w:val="20"/>
                <w:szCs w:val="20"/>
              </w:rPr>
            </w:pPr>
            <w:r w:rsidRPr="00F121B8">
              <w:rPr>
                <w:rFonts w:cs="Arial"/>
                <w:sz w:val="20"/>
                <w:szCs w:val="20"/>
              </w:rPr>
              <w:t>Scope and Progression</w:t>
            </w:r>
          </w:p>
        </w:tc>
        <w:tc>
          <w:tcPr>
            <w:tcW w:w="279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D26E443" w14:textId="77777777" w:rsidR="0041089A" w:rsidRPr="00F121B8" w:rsidRDefault="0041089A" w:rsidP="00193C67">
            <w:pPr>
              <w:rPr>
                <w:rFonts w:cs="Arial"/>
                <w:sz w:val="20"/>
                <w:szCs w:val="20"/>
              </w:rPr>
            </w:pPr>
            <w:r w:rsidRPr="00F121B8">
              <w:rPr>
                <w:rFonts w:cs="Arial"/>
                <w:sz w:val="20"/>
                <w:szCs w:val="20"/>
              </w:rPr>
              <w:t>Approach to Instruction</w:t>
            </w:r>
          </w:p>
        </w:tc>
        <w:tc>
          <w:tcPr>
            <w:tcW w:w="234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080FDCF9" w14:textId="77777777" w:rsidR="0041089A" w:rsidRPr="00F121B8" w:rsidRDefault="0041089A" w:rsidP="00193C67">
            <w:pPr>
              <w:rPr>
                <w:rFonts w:cs="Arial"/>
                <w:sz w:val="20"/>
                <w:szCs w:val="20"/>
              </w:rPr>
            </w:pPr>
            <w:r w:rsidRPr="00F121B8">
              <w:rPr>
                <w:rFonts w:cs="Arial"/>
                <w:sz w:val="20"/>
                <w:szCs w:val="20"/>
              </w:rPr>
              <w:t>Not Applicable</w:t>
            </w:r>
          </w:p>
        </w:tc>
      </w:tr>
    </w:tbl>
    <w:p w14:paraId="168AF70D" w14:textId="77777777" w:rsidR="00E23445" w:rsidRPr="00F121B8" w:rsidRDefault="008337A3" w:rsidP="00E66BCD">
      <w:pPr>
        <w:pStyle w:val="Heading4"/>
        <w:rPr>
          <w:rFonts w:cs="Arial"/>
        </w:rPr>
      </w:pPr>
      <w:r w:rsidRPr="00F121B8">
        <w:rPr>
          <w:rFonts w:cs="Arial"/>
        </w:rPr>
        <w:t>Classroom Application Criteria</w:t>
      </w:r>
    </w:p>
    <w:tbl>
      <w:tblPr>
        <w:tblStyle w:val="TableGrid"/>
        <w:tblW w:w="10368" w:type="dxa"/>
        <w:jc w:val="center"/>
        <w:tblLayout w:type="fixed"/>
        <w:tblLook w:val="04A0" w:firstRow="1" w:lastRow="0" w:firstColumn="1" w:lastColumn="0" w:noHBand="0" w:noVBand="1"/>
        <w:tblCaption w:val="Classroom Application Criteria Across Content Areas"/>
        <w:tblDescription w:val="Table showing the three Classroom Application evaluation criteria that apply to all content areas: Accessibility for Students, Usability for Teachers, and Impact on Learning."/>
      </w:tblPr>
      <w:tblGrid>
        <w:gridCol w:w="2784"/>
        <w:gridCol w:w="2400"/>
        <w:gridCol w:w="2820"/>
        <w:gridCol w:w="2364"/>
      </w:tblGrid>
      <w:tr w:rsidR="00E23445" w:rsidRPr="004523D0" w14:paraId="3F4AA4BB" w14:textId="77777777" w:rsidTr="00393352">
        <w:trPr>
          <w:cantSplit/>
          <w:tblHeader/>
          <w:jc w:val="center"/>
        </w:trPr>
        <w:tc>
          <w:tcPr>
            <w:tcW w:w="278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C346BD6" w14:textId="77777777" w:rsidR="00E23445" w:rsidRPr="00F121B8" w:rsidRDefault="008337A3">
            <w:pPr>
              <w:jc w:val="center"/>
              <w:rPr>
                <w:rFonts w:cs="Arial"/>
                <w:szCs w:val="32"/>
              </w:rPr>
            </w:pPr>
            <w:r w:rsidRPr="00F121B8">
              <w:rPr>
                <w:rFonts w:cs="Arial"/>
                <w:b/>
                <w:szCs w:val="32"/>
              </w:rPr>
              <w:t>Content Area</w:t>
            </w:r>
          </w:p>
        </w:tc>
        <w:tc>
          <w:tcPr>
            <w:tcW w:w="240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219E0D6" w14:textId="77777777" w:rsidR="00E23445" w:rsidRPr="00F121B8" w:rsidRDefault="008337A3">
            <w:pPr>
              <w:jc w:val="center"/>
              <w:rPr>
                <w:rFonts w:cs="Arial"/>
                <w:szCs w:val="32"/>
              </w:rPr>
            </w:pPr>
            <w:r w:rsidRPr="00F121B8">
              <w:rPr>
                <w:rFonts w:cs="Arial"/>
                <w:b/>
                <w:szCs w:val="32"/>
              </w:rPr>
              <w:t>Criterion 1</w:t>
            </w:r>
          </w:p>
        </w:tc>
        <w:tc>
          <w:tcPr>
            <w:tcW w:w="28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25D34165" w14:textId="77777777" w:rsidR="00E23445" w:rsidRPr="00F121B8" w:rsidRDefault="008337A3">
            <w:pPr>
              <w:jc w:val="center"/>
              <w:rPr>
                <w:rFonts w:cs="Arial"/>
                <w:szCs w:val="32"/>
              </w:rPr>
            </w:pPr>
            <w:r w:rsidRPr="00F121B8">
              <w:rPr>
                <w:rFonts w:cs="Arial"/>
                <w:b/>
                <w:szCs w:val="32"/>
              </w:rPr>
              <w:t>Criterion 2</w:t>
            </w:r>
          </w:p>
        </w:tc>
        <w:tc>
          <w:tcPr>
            <w:tcW w:w="236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4807664" w14:textId="77777777" w:rsidR="00E23445" w:rsidRPr="00F121B8" w:rsidRDefault="008337A3">
            <w:pPr>
              <w:jc w:val="center"/>
              <w:rPr>
                <w:rFonts w:cs="Arial"/>
                <w:szCs w:val="32"/>
              </w:rPr>
            </w:pPr>
            <w:r w:rsidRPr="00F121B8">
              <w:rPr>
                <w:rFonts w:cs="Arial"/>
                <w:b/>
                <w:szCs w:val="32"/>
              </w:rPr>
              <w:t>Criterion 3</w:t>
            </w:r>
          </w:p>
        </w:tc>
      </w:tr>
      <w:tr w:rsidR="00E23445" w:rsidRPr="004523D0" w14:paraId="6FC47E15" w14:textId="77777777" w:rsidTr="00393352">
        <w:trPr>
          <w:jc w:val="center"/>
        </w:trPr>
        <w:tc>
          <w:tcPr>
            <w:tcW w:w="278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9E81EF" w14:textId="77777777" w:rsidR="00E23445" w:rsidRPr="00F121B8" w:rsidRDefault="008337A3">
            <w:pPr>
              <w:rPr>
                <w:rFonts w:cs="Arial"/>
                <w:b/>
                <w:sz w:val="20"/>
                <w:szCs w:val="28"/>
              </w:rPr>
            </w:pPr>
            <w:r w:rsidRPr="00F121B8">
              <w:rPr>
                <w:rFonts w:cs="Arial"/>
                <w:b/>
                <w:sz w:val="20"/>
                <w:szCs w:val="28"/>
              </w:rPr>
              <w:t>All</w:t>
            </w:r>
          </w:p>
        </w:tc>
        <w:tc>
          <w:tcPr>
            <w:tcW w:w="240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EB8C29" w14:textId="77777777" w:rsidR="00E23445" w:rsidRPr="00F121B8" w:rsidRDefault="008337A3">
            <w:pPr>
              <w:rPr>
                <w:rFonts w:cs="Arial"/>
                <w:sz w:val="20"/>
                <w:szCs w:val="28"/>
              </w:rPr>
            </w:pPr>
            <w:r w:rsidRPr="00F121B8">
              <w:rPr>
                <w:rFonts w:cs="Arial"/>
                <w:sz w:val="20"/>
                <w:szCs w:val="28"/>
              </w:rPr>
              <w:t>Accessibility for Students</w:t>
            </w:r>
          </w:p>
        </w:tc>
        <w:tc>
          <w:tcPr>
            <w:tcW w:w="28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6CCEAB" w14:textId="77777777" w:rsidR="00E23445" w:rsidRPr="00F121B8" w:rsidRDefault="008337A3">
            <w:pPr>
              <w:rPr>
                <w:rFonts w:cs="Arial"/>
                <w:sz w:val="20"/>
                <w:szCs w:val="28"/>
              </w:rPr>
            </w:pPr>
            <w:r w:rsidRPr="00F121B8">
              <w:rPr>
                <w:rFonts w:cs="Arial"/>
                <w:sz w:val="20"/>
                <w:szCs w:val="28"/>
              </w:rPr>
              <w:t>Usability for Teachers</w:t>
            </w:r>
          </w:p>
        </w:tc>
        <w:tc>
          <w:tcPr>
            <w:tcW w:w="236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84164CB" w14:textId="77777777" w:rsidR="00E23445" w:rsidRPr="00F121B8" w:rsidRDefault="008337A3">
            <w:pPr>
              <w:rPr>
                <w:rFonts w:cs="Arial"/>
                <w:sz w:val="20"/>
                <w:szCs w:val="28"/>
              </w:rPr>
            </w:pPr>
            <w:r w:rsidRPr="00F121B8">
              <w:rPr>
                <w:rFonts w:cs="Arial"/>
                <w:sz w:val="20"/>
                <w:szCs w:val="28"/>
              </w:rPr>
              <w:t>Impact on Learning</w:t>
            </w:r>
          </w:p>
        </w:tc>
      </w:tr>
    </w:tbl>
    <w:p w14:paraId="2A8D13DA" w14:textId="57205EB6" w:rsidR="00E23445" w:rsidRPr="00F121B8" w:rsidRDefault="008337A3" w:rsidP="00393352">
      <w:pPr>
        <w:spacing w:before="120"/>
        <w:jc w:val="both"/>
        <w:rPr>
          <w:rFonts w:cs="Arial"/>
        </w:rPr>
      </w:pPr>
      <w:r w:rsidRPr="00F121B8">
        <w:rPr>
          <w:rFonts w:cs="Arial"/>
        </w:rPr>
        <w:t>Across both domains, CURATE evaluates cross-cutting Massachusetts priorities including accessibility and Universal Design for Learning, culturally and linguistically sustaining practices, and integrated disciplinary literacy. These priorities are embedded throughout the rubric rather than evaluated as stand-alone criteria.</w:t>
      </w:r>
      <w:r w:rsidRPr="00F121B8">
        <w:rPr>
          <w:rFonts w:cs="Arial"/>
        </w:rPr>
        <w:br w:type="page"/>
      </w:r>
    </w:p>
    <w:p w14:paraId="013F50FD" w14:textId="77777777" w:rsidR="00E23445" w:rsidRPr="00F121B8" w:rsidRDefault="008337A3" w:rsidP="00E66BCD">
      <w:pPr>
        <w:pStyle w:val="Heading3"/>
        <w:rPr>
          <w:rFonts w:eastAsia="Aptos" w:cs="Arial"/>
        </w:rPr>
      </w:pPr>
      <w:bookmarkStart w:id="21" w:name="_Toc240482805"/>
      <w:r w:rsidRPr="34380F11">
        <w:rPr>
          <w:rFonts w:eastAsia="Aptos" w:cs="Arial"/>
        </w:rPr>
        <w:lastRenderedPageBreak/>
        <w:t>Appendix B: From Evaluation to Implementation</w:t>
      </w:r>
      <w:bookmarkEnd w:id="21"/>
    </w:p>
    <w:p w14:paraId="15895666" w14:textId="00E50447" w:rsidR="6DF38CE8" w:rsidRPr="00F121B8" w:rsidRDefault="6DF38CE8" w:rsidP="00393352">
      <w:pPr>
        <w:spacing w:before="120"/>
        <w:jc w:val="both"/>
        <w:rPr>
          <w:rFonts w:eastAsia="Aptos" w:cs="Arial"/>
        </w:rPr>
      </w:pPr>
      <w:r w:rsidRPr="00F121B8">
        <w:rPr>
          <w:rFonts w:eastAsia="Aptos" w:cs="Arial"/>
        </w:rPr>
        <w:t xml:space="preserve">CURATE evaluates the alignment and quality of comprehensive core curricular materials to Massachusetts standards, with criteria rated </w:t>
      </w:r>
      <w:r w:rsidRPr="00F121B8">
        <w:rPr>
          <w:rFonts w:eastAsia="Aptos" w:cs="Arial"/>
          <w:i/>
        </w:rPr>
        <w:t>Meets Expectations, Partially Meets Expectations,</w:t>
      </w:r>
      <w:r w:rsidRPr="00F121B8">
        <w:rPr>
          <w:rFonts w:eastAsia="Aptos" w:cs="Arial"/>
        </w:rPr>
        <w:t xml:space="preserve"> or </w:t>
      </w:r>
      <w:r w:rsidRPr="00F121B8">
        <w:rPr>
          <w:rFonts w:eastAsia="Aptos" w:cs="Arial"/>
          <w:i/>
        </w:rPr>
        <w:t>Does Not Meet Expectations</w:t>
      </w:r>
      <w:r w:rsidRPr="00F121B8">
        <w:rPr>
          <w:rFonts w:eastAsia="Aptos" w:cs="Arial"/>
        </w:rPr>
        <w:t xml:space="preserve"> based on the evidence reviewed. These ratings reflect the alignment and quality of the materials themselves, not how they are implemented locally.</w:t>
      </w:r>
    </w:p>
    <w:p w14:paraId="64E211F8" w14:textId="0B01FF7D" w:rsidR="6DF38CE8" w:rsidRPr="00F121B8" w:rsidRDefault="6DF38CE8" w:rsidP="00393352">
      <w:pPr>
        <w:spacing w:before="120"/>
        <w:jc w:val="both"/>
        <w:rPr>
          <w:rFonts w:eastAsia="Aptos" w:cs="Arial"/>
        </w:rPr>
      </w:pPr>
      <w:r w:rsidRPr="00F121B8">
        <w:rPr>
          <w:rFonts w:eastAsia="Aptos" w:cs="Arial"/>
        </w:rPr>
        <w:t xml:space="preserve">Materials that meet the CURATE Rating Threshold are designated </w:t>
      </w:r>
      <w:r w:rsidRPr="00F121B8">
        <w:rPr>
          <w:rFonts w:eastAsia="Aptos" w:cs="Arial"/>
          <w:i/>
        </w:rPr>
        <w:t>high quality</w:t>
      </w:r>
      <w:r w:rsidRPr="00F121B8">
        <w:rPr>
          <w:rFonts w:eastAsia="Aptos" w:cs="Arial"/>
        </w:rPr>
        <w:t xml:space="preserve"> for Massachusetts and provide a strong curricular foundation for equitable, high-quality instruction. That designation does not mean materials require no adaptation, supplementation, or thoughtful implementation planning.</w:t>
      </w:r>
    </w:p>
    <w:p w14:paraId="6733381D" w14:textId="444828D1" w:rsidR="6DF38CE8" w:rsidRPr="00F121B8" w:rsidRDefault="6DF38CE8" w:rsidP="00393352">
      <w:pPr>
        <w:spacing w:before="120"/>
        <w:jc w:val="both"/>
        <w:rPr>
          <w:rFonts w:eastAsia="Aptos" w:cs="Arial"/>
        </w:rPr>
      </w:pPr>
      <w:r w:rsidRPr="00F121B8">
        <w:rPr>
          <w:rFonts w:eastAsia="Aptos" w:cs="Arial"/>
        </w:rPr>
        <w:t>Successful implementation depends on educators</w:t>
      </w:r>
      <w:r w:rsidR="3D56787E" w:rsidRPr="00F121B8">
        <w:rPr>
          <w:rFonts w:eastAsia="Aptos" w:cs="Arial"/>
        </w:rPr>
        <w:t>’</w:t>
      </w:r>
      <w:r w:rsidRPr="00F121B8">
        <w:rPr>
          <w:rFonts w:eastAsia="Aptos" w:cs="Arial"/>
        </w:rPr>
        <w:t xml:space="preserve"> </w:t>
      </w:r>
      <w:hyperlink r:id="rId30" w:history="1">
        <w:r w:rsidRPr="000F528D">
          <w:rPr>
            <w:rStyle w:val="Hyperlink"/>
            <w:rFonts w:eastAsia="Aptos" w:cs="Arial"/>
            <w:color w:val="17365D" w:themeColor="text2" w:themeShade="BF"/>
          </w:rPr>
          <w:t>curriculum literacy</w:t>
        </w:r>
      </w:hyperlink>
      <w:r w:rsidRPr="000F528D">
        <w:rPr>
          <w:rFonts w:eastAsia="Aptos" w:cs="Arial"/>
        </w:rPr>
        <w:t xml:space="preserve"> </w:t>
      </w:r>
      <w:r w:rsidRPr="00F121B8">
        <w:rPr>
          <w:rFonts w:eastAsia="Aptos" w:cs="Arial"/>
        </w:rPr>
        <w:t>and the enabling conditions that support their practice, including sustained professional learning, collaborative learning, and intentional instructional planning such as unit unpacking and lesson internalization. Participating in a robust local curriculum review process can also build implementation capacity by deepening educators</w:t>
      </w:r>
      <w:r w:rsidR="7E03ECA5" w:rsidRPr="00F121B8">
        <w:rPr>
          <w:rFonts w:eastAsia="Aptos" w:cs="Arial"/>
        </w:rPr>
        <w:t>’</w:t>
      </w:r>
      <w:r w:rsidRPr="00F121B8">
        <w:rPr>
          <w:rFonts w:eastAsia="Aptos" w:cs="Arial"/>
        </w:rPr>
        <w:t xml:space="preserve"> understanding of a curriculum</w:t>
      </w:r>
      <w:r w:rsidR="73561B62" w:rsidRPr="00F121B8">
        <w:rPr>
          <w:rFonts w:eastAsia="Aptos" w:cs="Arial"/>
        </w:rPr>
        <w:t>’</w:t>
      </w:r>
      <w:r w:rsidRPr="00F121B8">
        <w:rPr>
          <w:rFonts w:eastAsia="Aptos" w:cs="Arial"/>
        </w:rPr>
        <w:t>s design, learning progressions, assessments, and embedded supports—strengthening both local selection decisions and readiness for skillful implementation and continuous improvement.</w:t>
      </w:r>
    </w:p>
    <w:p w14:paraId="301E18EC" w14:textId="77777777" w:rsidR="00E23445" w:rsidRPr="00F121B8" w:rsidRDefault="008337A3" w:rsidP="2DCFCC11">
      <w:pPr>
        <w:pStyle w:val="Heading4"/>
        <w:rPr>
          <w:rFonts w:eastAsia="Aptos" w:cs="Arial"/>
        </w:rPr>
      </w:pPr>
      <w:r w:rsidRPr="00F121B8">
        <w:rPr>
          <w:rFonts w:eastAsia="Aptos" w:cs="Arial"/>
        </w:rPr>
        <w:t>Grounding Review Findings in Local Context</w:t>
      </w:r>
    </w:p>
    <w:p w14:paraId="0DAEEF47" w14:textId="77777777" w:rsidR="00E23445" w:rsidRPr="00F121B8" w:rsidRDefault="008337A3" w:rsidP="00393352">
      <w:pPr>
        <w:jc w:val="both"/>
        <w:rPr>
          <w:rFonts w:cs="Arial"/>
        </w:rPr>
      </w:pPr>
      <w:r w:rsidRPr="00F121B8">
        <w:rPr>
          <w:rFonts w:cs="Arial"/>
        </w:rPr>
        <w:t>CURATE reports provide a baseline for quality, but districts must weigh findings alongside local priorities, data, and implementation conditions, including:</w:t>
      </w:r>
    </w:p>
    <w:p w14:paraId="0595C855" w14:textId="3B28B34E" w:rsidR="00347A19" w:rsidRPr="00F121B8" w:rsidRDefault="008337A3" w:rsidP="00393352">
      <w:pPr>
        <w:pStyle w:val="ListParagraph"/>
        <w:numPr>
          <w:ilvl w:val="0"/>
          <w:numId w:val="11"/>
        </w:numPr>
        <w:contextualSpacing w:val="0"/>
        <w:jc w:val="both"/>
        <w:rPr>
          <w:rFonts w:cs="Arial"/>
        </w:rPr>
      </w:pPr>
      <w:r w:rsidRPr="00F121B8">
        <w:rPr>
          <w:rFonts w:cs="Arial"/>
          <w:b/>
        </w:rPr>
        <w:t xml:space="preserve">Student Populations </w:t>
      </w:r>
      <w:r w:rsidR="00CC38C2" w:rsidRPr="00F121B8">
        <w:rPr>
          <w:rFonts w:cs="Arial"/>
          <w:b/>
        </w:rPr>
        <w:t>and</w:t>
      </w:r>
      <w:r w:rsidRPr="00F121B8">
        <w:rPr>
          <w:rFonts w:cs="Arial"/>
          <w:b/>
        </w:rPr>
        <w:t xml:space="preserve"> Needs</w:t>
      </w:r>
    </w:p>
    <w:p w14:paraId="0AEC84A4" w14:textId="410C07D8" w:rsidR="00193C67" w:rsidRPr="00F121B8" w:rsidRDefault="008337A3" w:rsidP="00393352">
      <w:pPr>
        <w:pStyle w:val="ListParagraph"/>
        <w:contextualSpacing w:val="0"/>
        <w:jc w:val="both"/>
        <w:rPr>
          <w:rFonts w:cs="Arial"/>
          <w:i/>
        </w:rPr>
      </w:pPr>
      <w:r w:rsidRPr="00F121B8">
        <w:rPr>
          <w:rFonts w:cs="Arial"/>
          <w:i/>
        </w:rPr>
        <w:t>Student demographics, language assets, strengths, and learning profiles.</w:t>
      </w:r>
    </w:p>
    <w:p w14:paraId="26A5E8EB" w14:textId="77777777" w:rsidR="00347A19" w:rsidRPr="00F121B8" w:rsidRDefault="008337A3" w:rsidP="00393352">
      <w:pPr>
        <w:pStyle w:val="ListParagraph"/>
        <w:numPr>
          <w:ilvl w:val="0"/>
          <w:numId w:val="11"/>
        </w:numPr>
        <w:contextualSpacing w:val="0"/>
        <w:jc w:val="both"/>
        <w:rPr>
          <w:rFonts w:cs="Arial"/>
        </w:rPr>
      </w:pPr>
      <w:r w:rsidRPr="00F121B8">
        <w:rPr>
          <w:rFonts w:cs="Arial"/>
          <w:b/>
        </w:rPr>
        <w:t>Community Context</w:t>
      </w:r>
    </w:p>
    <w:p w14:paraId="1D8B24EA" w14:textId="7DC5C1BA" w:rsidR="00193C67" w:rsidRPr="00F121B8" w:rsidRDefault="008337A3" w:rsidP="00393352">
      <w:pPr>
        <w:pStyle w:val="ListParagraph"/>
        <w:contextualSpacing w:val="0"/>
        <w:jc w:val="both"/>
        <w:rPr>
          <w:rFonts w:cs="Arial"/>
          <w:i/>
        </w:rPr>
      </w:pPr>
      <w:r w:rsidRPr="00F121B8">
        <w:rPr>
          <w:rFonts w:cs="Arial"/>
          <w:i/>
        </w:rPr>
        <w:t>Community priorities, local values, and commitments to culturally and linguistically sustaining education.</w:t>
      </w:r>
    </w:p>
    <w:p w14:paraId="2C6505F8" w14:textId="77777777" w:rsidR="00347A19" w:rsidRPr="00F121B8" w:rsidRDefault="008337A3" w:rsidP="00393352">
      <w:pPr>
        <w:pStyle w:val="ListParagraph"/>
        <w:numPr>
          <w:ilvl w:val="0"/>
          <w:numId w:val="11"/>
        </w:numPr>
        <w:contextualSpacing w:val="0"/>
        <w:jc w:val="both"/>
        <w:rPr>
          <w:rFonts w:cs="Arial"/>
        </w:rPr>
      </w:pPr>
      <w:r w:rsidRPr="00F121B8">
        <w:rPr>
          <w:rFonts w:cs="Arial"/>
          <w:b/>
        </w:rPr>
        <w:t>Instructional Systems</w:t>
      </w:r>
    </w:p>
    <w:p w14:paraId="42B9016C" w14:textId="56A5A984" w:rsidR="00193C67" w:rsidRPr="00F121B8" w:rsidRDefault="008337A3" w:rsidP="00393352">
      <w:pPr>
        <w:pStyle w:val="ListParagraph"/>
        <w:contextualSpacing w:val="0"/>
        <w:jc w:val="both"/>
        <w:rPr>
          <w:rFonts w:cs="Arial"/>
          <w:i/>
        </w:rPr>
      </w:pPr>
      <w:r w:rsidRPr="00F121B8">
        <w:rPr>
          <w:rFonts w:cs="Arial"/>
          <w:i/>
        </w:rPr>
        <w:t>Existing instructional frameworks, coaching structures, leadership supports, and assessment systems.</w:t>
      </w:r>
    </w:p>
    <w:p w14:paraId="02814660" w14:textId="77777777" w:rsidR="00347A19" w:rsidRPr="00F121B8" w:rsidRDefault="008337A3" w:rsidP="00393352">
      <w:pPr>
        <w:pStyle w:val="ListParagraph"/>
        <w:numPr>
          <w:ilvl w:val="0"/>
          <w:numId w:val="11"/>
        </w:numPr>
        <w:contextualSpacing w:val="0"/>
        <w:jc w:val="both"/>
        <w:rPr>
          <w:rFonts w:cs="Arial"/>
        </w:rPr>
      </w:pPr>
      <w:r w:rsidRPr="00F121B8">
        <w:rPr>
          <w:rFonts w:cs="Arial"/>
          <w:b/>
        </w:rPr>
        <w:t>Professional Learning Capacity</w:t>
      </w:r>
    </w:p>
    <w:p w14:paraId="6CDCE3BD" w14:textId="1A7E8356" w:rsidR="00193C67" w:rsidRPr="00F121B8" w:rsidRDefault="008337A3" w:rsidP="00393352">
      <w:pPr>
        <w:pStyle w:val="ListParagraph"/>
        <w:contextualSpacing w:val="0"/>
        <w:jc w:val="both"/>
        <w:rPr>
          <w:rFonts w:cs="Arial"/>
          <w:i/>
        </w:rPr>
      </w:pPr>
      <w:r w:rsidRPr="00F121B8">
        <w:rPr>
          <w:rFonts w:cs="Arial"/>
          <w:i/>
        </w:rPr>
        <w:t>Educator readiness, ongoing professional learning, and available coaching and implementation supports.</w:t>
      </w:r>
    </w:p>
    <w:p w14:paraId="21736101" w14:textId="77777777" w:rsidR="00347A19" w:rsidRPr="00F121B8" w:rsidRDefault="008337A3" w:rsidP="00393352">
      <w:pPr>
        <w:pStyle w:val="ListParagraph"/>
        <w:numPr>
          <w:ilvl w:val="0"/>
          <w:numId w:val="11"/>
        </w:numPr>
        <w:contextualSpacing w:val="0"/>
        <w:jc w:val="both"/>
        <w:rPr>
          <w:rFonts w:cs="Arial"/>
        </w:rPr>
      </w:pPr>
      <w:r w:rsidRPr="00F121B8">
        <w:rPr>
          <w:rFonts w:cs="Arial"/>
          <w:b/>
        </w:rPr>
        <w:t>Scheduling Constraint</w:t>
      </w:r>
      <w:r w:rsidR="00347A19" w:rsidRPr="00F121B8">
        <w:rPr>
          <w:rFonts w:cs="Arial"/>
          <w:b/>
        </w:rPr>
        <w:t>s</w:t>
      </w:r>
    </w:p>
    <w:p w14:paraId="0790A879" w14:textId="625D2048" w:rsidR="00E23445" w:rsidRPr="00F121B8" w:rsidRDefault="008337A3" w:rsidP="00393352">
      <w:pPr>
        <w:pStyle w:val="ListParagraph"/>
        <w:contextualSpacing w:val="0"/>
        <w:jc w:val="both"/>
        <w:rPr>
          <w:rFonts w:cs="Arial"/>
          <w:i/>
        </w:rPr>
      </w:pPr>
      <w:r w:rsidRPr="00F121B8">
        <w:rPr>
          <w:rFonts w:cs="Arial"/>
          <w:i/>
        </w:rPr>
        <w:t>Instructional time, scheduling structures, staffing, and available resources.</w:t>
      </w:r>
    </w:p>
    <w:p w14:paraId="539BDCFB" w14:textId="77777777" w:rsidR="00E23445" w:rsidRPr="00F121B8" w:rsidRDefault="008337A3" w:rsidP="00393352">
      <w:pPr>
        <w:jc w:val="both"/>
        <w:rPr>
          <w:rFonts w:cs="Arial"/>
        </w:rPr>
      </w:pPr>
      <w:r w:rsidRPr="00F121B8">
        <w:rPr>
          <w:rFonts w:cs="Arial"/>
        </w:rPr>
        <w:t>The ultimate goal of local reviews is not to identify a “perfect” curriculum but to determine whether core instructional materials provide a high-quality foundation for rigorous, inclusive, and culturally and linguistically sustaining teaching and learning. These local considerations can be organized around four core questions that move districts from evidence about curriculum quality toward informed selection, successful implementation, and continuous improvement.</w:t>
      </w:r>
    </w:p>
    <w:p w14:paraId="1D797DC6" w14:textId="77777777" w:rsidR="00E23445" w:rsidRPr="00F121B8" w:rsidRDefault="008337A3" w:rsidP="00E66BCD">
      <w:pPr>
        <w:pStyle w:val="Heading4"/>
        <w:rPr>
          <w:rFonts w:cs="Arial"/>
        </w:rPr>
      </w:pPr>
      <w:r w:rsidRPr="00F121B8">
        <w:rPr>
          <w:rFonts w:cs="Arial"/>
        </w:rPr>
        <w:lastRenderedPageBreak/>
        <w:t>Beyond Curriculum Quality: Four Questions for Local Decision-Making</w:t>
      </w:r>
    </w:p>
    <w:p w14:paraId="58DAE0AE" w14:textId="5D7FC4F9" w:rsidR="00E23445" w:rsidRPr="00F121B8" w:rsidRDefault="00C949E9" w:rsidP="00393352">
      <w:pPr>
        <w:jc w:val="both"/>
        <w:rPr>
          <w:rFonts w:cs="Arial"/>
        </w:rPr>
      </w:pPr>
      <w:r w:rsidRPr="00F121B8">
        <w:rPr>
          <w:rFonts w:cs="Arial"/>
        </w:rPr>
        <w:t>CURATE provides evidence to inform an essential first question in local curriculum decision-making:</w:t>
      </w:r>
      <w:r w:rsidRPr="00F121B8">
        <w:rPr>
          <w:rFonts w:cs="Arial"/>
          <w:b/>
        </w:rPr>
        <w:t xml:space="preserve"> </w:t>
      </w:r>
      <w:r w:rsidRPr="00F121B8">
        <w:rPr>
          <w:rFonts w:cs="Arial"/>
          <w:i/>
        </w:rPr>
        <w:t>Is the curriculum high quality?</w:t>
      </w:r>
      <w:r w:rsidRPr="00F121B8">
        <w:rPr>
          <w:rFonts w:cs="Arial"/>
        </w:rPr>
        <w:t xml:space="preserve"> But quality alone does not determine whether materials are the right choice for a particular district or </w:t>
      </w:r>
      <w:r w:rsidR="00977522" w:rsidRPr="00F121B8">
        <w:rPr>
          <w:rFonts w:cs="Arial"/>
        </w:rPr>
        <w:t xml:space="preserve">what will be needed to translate the written curriculum into </w:t>
      </w:r>
      <w:r w:rsidRPr="00F121B8">
        <w:rPr>
          <w:rFonts w:cs="Arial"/>
        </w:rPr>
        <w:t>high-quality instruction for students. As district</w:t>
      </w:r>
      <w:r w:rsidR="00977522" w:rsidRPr="00F121B8">
        <w:rPr>
          <w:rFonts w:cs="Arial"/>
        </w:rPr>
        <w:t xml:space="preserve"> leaders and educators</w:t>
      </w:r>
      <w:r w:rsidRPr="00F121B8">
        <w:rPr>
          <w:rFonts w:cs="Arial"/>
        </w:rPr>
        <w:t xml:space="preserve"> move from CURATE findings into </w:t>
      </w:r>
      <w:r w:rsidR="005D12C1" w:rsidRPr="00F121B8">
        <w:rPr>
          <w:rFonts w:cs="Arial"/>
        </w:rPr>
        <w:t xml:space="preserve">deeper local </w:t>
      </w:r>
      <w:r w:rsidRPr="00F121B8">
        <w:rPr>
          <w:rFonts w:cs="Arial"/>
        </w:rPr>
        <w:t xml:space="preserve">investigation, selection, implementation, and continuous improvement, four questions </w:t>
      </w:r>
      <w:r w:rsidR="005D12C1" w:rsidRPr="00F121B8">
        <w:rPr>
          <w:rFonts w:cs="Arial"/>
        </w:rPr>
        <w:t xml:space="preserve">can guide </w:t>
      </w:r>
      <w:r w:rsidRPr="00F121B8">
        <w:rPr>
          <w:rFonts w:cs="Arial"/>
        </w:rPr>
        <w:t>decision-making:</w:t>
      </w:r>
    </w:p>
    <w:p w14:paraId="170F026B" w14:textId="6E4E7ED4" w:rsidR="00DE4E7F" w:rsidRPr="00F121B8" w:rsidRDefault="008337A3" w:rsidP="00393352">
      <w:pPr>
        <w:pStyle w:val="ListParagraph"/>
        <w:numPr>
          <w:ilvl w:val="0"/>
          <w:numId w:val="9"/>
        </w:numPr>
        <w:contextualSpacing w:val="0"/>
        <w:jc w:val="both"/>
        <w:rPr>
          <w:rFonts w:cs="Arial"/>
        </w:rPr>
      </w:pPr>
      <w:r w:rsidRPr="22B3B555">
        <w:rPr>
          <w:rFonts w:cs="Arial"/>
          <w:b/>
          <w:bCs/>
        </w:rPr>
        <w:t xml:space="preserve">Is the curriculum </w:t>
      </w:r>
      <w:r w:rsidRPr="22B3B555">
        <w:rPr>
          <w:rFonts w:cs="Arial"/>
          <w:b/>
          <w:bCs/>
          <w:i/>
          <w:iCs/>
        </w:rPr>
        <w:t>high</w:t>
      </w:r>
      <w:r w:rsidR="5E03CC5F" w:rsidRPr="22B3B555">
        <w:rPr>
          <w:rFonts w:cs="Arial"/>
          <w:b/>
          <w:bCs/>
          <w:i/>
          <w:iCs/>
        </w:rPr>
        <w:t xml:space="preserve"> </w:t>
      </w:r>
      <w:r w:rsidRPr="22B3B555">
        <w:rPr>
          <w:rFonts w:cs="Arial"/>
          <w:b/>
          <w:bCs/>
          <w:i/>
          <w:iCs/>
        </w:rPr>
        <w:t>quality</w:t>
      </w:r>
      <w:r w:rsidRPr="22B3B555">
        <w:rPr>
          <w:rFonts w:cs="Arial"/>
          <w:b/>
          <w:bCs/>
        </w:rPr>
        <w:t>?</w:t>
      </w:r>
      <w:r w:rsidR="00DE4E7F" w:rsidRPr="22B3B555">
        <w:rPr>
          <w:rFonts w:cs="Arial"/>
        </w:rPr>
        <w:t xml:space="preserve"> </w:t>
      </w:r>
    </w:p>
    <w:p w14:paraId="3E46B31B" w14:textId="79001237" w:rsidR="00E23445" w:rsidRPr="00F121B8" w:rsidRDefault="008337A3" w:rsidP="00393352">
      <w:pPr>
        <w:pStyle w:val="ListParagraph"/>
        <w:contextualSpacing w:val="0"/>
        <w:jc w:val="both"/>
        <w:rPr>
          <w:rFonts w:cs="Arial"/>
          <w:i/>
        </w:rPr>
      </w:pPr>
      <w:r w:rsidRPr="00F121B8">
        <w:rPr>
          <w:rFonts w:cs="Arial"/>
          <w:i/>
        </w:rPr>
        <w:t xml:space="preserve">What does the CURATE report </w:t>
      </w:r>
      <w:r w:rsidR="007B5561" w:rsidRPr="00F121B8">
        <w:rPr>
          <w:rFonts w:cs="Arial"/>
          <w:i/>
        </w:rPr>
        <w:t>establish</w:t>
      </w:r>
      <w:r w:rsidRPr="00F121B8">
        <w:rPr>
          <w:rFonts w:cs="Arial"/>
          <w:i/>
        </w:rPr>
        <w:t xml:space="preserve"> about the quality, strengths, and areas for growth of the materials?</w:t>
      </w:r>
    </w:p>
    <w:p w14:paraId="68782630" w14:textId="4E17CC2A" w:rsidR="00DE4E7F" w:rsidRPr="00F121B8" w:rsidRDefault="008337A3" w:rsidP="00393352">
      <w:pPr>
        <w:pStyle w:val="ListParagraph"/>
        <w:numPr>
          <w:ilvl w:val="0"/>
          <w:numId w:val="9"/>
        </w:numPr>
        <w:contextualSpacing w:val="0"/>
        <w:jc w:val="both"/>
        <w:rPr>
          <w:rFonts w:cs="Arial"/>
        </w:rPr>
      </w:pPr>
      <w:r w:rsidRPr="00F121B8">
        <w:rPr>
          <w:rFonts w:cs="Arial"/>
          <w:b/>
        </w:rPr>
        <w:t xml:space="preserve">Is it a good fit for our vision, students, </w:t>
      </w:r>
      <w:r w:rsidR="00FB2BBA">
        <w:rPr>
          <w:rFonts w:cs="Arial"/>
          <w:b/>
        </w:rPr>
        <w:t xml:space="preserve">priorities, </w:t>
      </w:r>
      <w:r w:rsidRPr="00F121B8">
        <w:rPr>
          <w:rFonts w:cs="Arial"/>
          <w:b/>
        </w:rPr>
        <w:t>and context?</w:t>
      </w:r>
      <w:r w:rsidR="00DE4E7F" w:rsidRPr="00F121B8">
        <w:rPr>
          <w:rFonts w:cs="Arial"/>
        </w:rPr>
        <w:t xml:space="preserve"> </w:t>
      </w:r>
    </w:p>
    <w:p w14:paraId="16245729" w14:textId="35DC88C8" w:rsidR="00E23445" w:rsidRPr="00F121B8" w:rsidRDefault="008337A3" w:rsidP="00393352">
      <w:pPr>
        <w:pStyle w:val="ListParagraph"/>
        <w:contextualSpacing w:val="0"/>
        <w:jc w:val="both"/>
        <w:rPr>
          <w:rFonts w:cs="Arial"/>
          <w:i/>
        </w:rPr>
      </w:pPr>
      <w:r w:rsidRPr="00F121B8">
        <w:rPr>
          <w:rFonts w:cs="Arial"/>
          <w:i/>
        </w:rPr>
        <w:t>How well does the curriculum align with our instructional vision, student assets and needs, local priorities, community context, and instructional systems?</w:t>
      </w:r>
    </w:p>
    <w:p w14:paraId="0B308AFA" w14:textId="77777777" w:rsidR="00E23445" w:rsidRPr="00F121B8" w:rsidRDefault="008337A3" w:rsidP="00393352">
      <w:pPr>
        <w:pStyle w:val="ListParagraph"/>
        <w:numPr>
          <w:ilvl w:val="0"/>
          <w:numId w:val="9"/>
        </w:numPr>
        <w:contextualSpacing w:val="0"/>
        <w:jc w:val="both"/>
        <w:rPr>
          <w:rFonts w:cs="Arial"/>
          <w:b/>
        </w:rPr>
      </w:pPr>
      <w:r w:rsidRPr="00F121B8">
        <w:rPr>
          <w:rFonts w:cs="Arial"/>
          <w:b/>
        </w:rPr>
        <w:t>Are we prepared to implement it well?</w:t>
      </w:r>
    </w:p>
    <w:p w14:paraId="60504C72" w14:textId="3BEC3EB8" w:rsidR="00E23445" w:rsidRPr="00F121B8" w:rsidRDefault="008337A3" w:rsidP="00393352">
      <w:pPr>
        <w:pStyle w:val="ListParagraph"/>
        <w:contextualSpacing w:val="0"/>
        <w:jc w:val="both"/>
        <w:rPr>
          <w:rFonts w:cs="Arial"/>
          <w:i/>
        </w:rPr>
      </w:pPr>
      <w:r w:rsidRPr="00F121B8">
        <w:rPr>
          <w:rFonts w:cs="Arial"/>
          <w:i/>
        </w:rPr>
        <w:t xml:space="preserve">What leadership capacity, professional learning, systems, resources, and other enabling conditions will be needed to implement the curriculum </w:t>
      </w:r>
      <w:r w:rsidR="0039654E">
        <w:rPr>
          <w:rFonts w:cs="Arial"/>
          <w:i/>
        </w:rPr>
        <w:t>skillfully</w:t>
      </w:r>
      <w:r w:rsidRPr="00F121B8">
        <w:rPr>
          <w:rFonts w:cs="Arial"/>
          <w:i/>
        </w:rPr>
        <w:t>?</w:t>
      </w:r>
    </w:p>
    <w:p w14:paraId="03919107" w14:textId="77777777" w:rsidR="00E23445" w:rsidRPr="00F121B8" w:rsidRDefault="008337A3" w:rsidP="00393352">
      <w:pPr>
        <w:pStyle w:val="ListParagraph"/>
        <w:numPr>
          <w:ilvl w:val="0"/>
          <w:numId w:val="9"/>
        </w:numPr>
        <w:contextualSpacing w:val="0"/>
        <w:jc w:val="both"/>
        <w:rPr>
          <w:rFonts w:cs="Arial"/>
          <w:b/>
        </w:rPr>
      </w:pPr>
      <w:r w:rsidRPr="00F121B8">
        <w:rPr>
          <w:rFonts w:cs="Arial"/>
          <w:b/>
        </w:rPr>
        <w:t>How will we know implementation is working—and how will we improve it over time?</w:t>
      </w:r>
    </w:p>
    <w:p w14:paraId="02756455" w14:textId="77777777" w:rsidR="00E23445" w:rsidRPr="00F121B8" w:rsidRDefault="008337A3" w:rsidP="00393352">
      <w:pPr>
        <w:pStyle w:val="ListParagraph"/>
        <w:contextualSpacing w:val="0"/>
        <w:jc w:val="both"/>
        <w:rPr>
          <w:rFonts w:cs="Arial"/>
          <w:i/>
        </w:rPr>
      </w:pPr>
      <w:r w:rsidRPr="00F121B8">
        <w:rPr>
          <w:rFonts w:cs="Arial"/>
          <w:i/>
        </w:rPr>
        <w:t>What evidence will we use to understand implementation and its effects on teaching and learning, and how will we use what we learn to continuously improve?</w:t>
      </w:r>
    </w:p>
    <w:p w14:paraId="6C96B97D" w14:textId="45E794FF" w:rsidR="00E23445" w:rsidRPr="00F121B8" w:rsidRDefault="008337A3" w:rsidP="27EE17AB">
      <w:pPr>
        <w:pStyle w:val="Heading4"/>
        <w:rPr>
          <w:rFonts w:eastAsia="Aptos" w:cs="Arial"/>
          <w:i w:val="0"/>
        </w:rPr>
      </w:pPr>
      <w:r w:rsidRPr="00F121B8">
        <w:rPr>
          <w:rFonts w:eastAsia="Aptos" w:cs="Arial"/>
        </w:rPr>
        <w:t xml:space="preserve">CURATE </w:t>
      </w:r>
      <w:r w:rsidR="296E2958" w:rsidRPr="00F121B8">
        <w:rPr>
          <w:rFonts w:eastAsia="Aptos" w:cs="Arial"/>
        </w:rPr>
        <w:t>and</w:t>
      </w:r>
      <w:r w:rsidRPr="00F121B8">
        <w:rPr>
          <w:rFonts w:eastAsia="Aptos" w:cs="Arial"/>
        </w:rPr>
        <w:t xml:space="preserve"> Other </w:t>
      </w:r>
      <w:proofErr w:type="spellStart"/>
      <w:r w:rsidR="278CF09B" w:rsidRPr="00F121B8">
        <w:rPr>
          <w:rFonts w:eastAsia="Aptos" w:cs="Arial"/>
        </w:rPr>
        <w:t>IMplement</w:t>
      </w:r>
      <w:proofErr w:type="spellEnd"/>
      <w:r w:rsidR="278CF09B" w:rsidRPr="00F121B8">
        <w:rPr>
          <w:rFonts w:eastAsia="Aptos" w:cs="Arial"/>
        </w:rPr>
        <w:t xml:space="preserve"> MA </w:t>
      </w:r>
      <w:r w:rsidR="00D56E02" w:rsidRPr="00F121B8">
        <w:rPr>
          <w:rFonts w:eastAsia="Aptos" w:cs="Arial"/>
        </w:rPr>
        <w:t>Resources</w:t>
      </w:r>
    </w:p>
    <w:p w14:paraId="71C4A046" w14:textId="42CF807D" w:rsidR="00132D99" w:rsidRPr="00F121B8" w:rsidRDefault="000A2283" w:rsidP="00393352">
      <w:pPr>
        <w:jc w:val="both"/>
        <w:rPr>
          <w:rFonts w:cs="Arial"/>
        </w:rPr>
      </w:pPr>
      <w:r w:rsidRPr="00F121B8">
        <w:rPr>
          <w:rFonts w:cs="Arial"/>
        </w:rPr>
        <w:t>CURATE is one part of DESE</w:t>
      </w:r>
      <w:r w:rsidR="00C4450B">
        <w:rPr>
          <w:rFonts w:cs="Arial"/>
        </w:rPr>
        <w:t>’</w:t>
      </w:r>
      <w:r w:rsidRPr="00F121B8">
        <w:rPr>
          <w:rFonts w:cs="Arial"/>
        </w:rPr>
        <w:t xml:space="preserve">s broader Curriculum Matters: </w:t>
      </w:r>
      <w:proofErr w:type="spellStart"/>
      <w:r w:rsidRPr="00F121B8">
        <w:rPr>
          <w:rFonts w:cs="Arial"/>
        </w:rPr>
        <w:t>IMplement</w:t>
      </w:r>
      <w:proofErr w:type="spellEnd"/>
      <w:r w:rsidRPr="00F121B8">
        <w:rPr>
          <w:rFonts w:cs="Arial"/>
        </w:rPr>
        <w:t xml:space="preserve"> MA strategy for strengthening curriculum selection and implementation across content areas. Together, DESE</w:t>
      </w:r>
      <w:r w:rsidR="692CA749" w:rsidRPr="00F121B8">
        <w:rPr>
          <w:rFonts w:cs="Arial"/>
        </w:rPr>
        <w:t>’</w:t>
      </w:r>
      <w:r w:rsidRPr="00F121B8">
        <w:rPr>
          <w:rFonts w:cs="Arial"/>
        </w:rPr>
        <w:t xml:space="preserve">s curriculum resources provide different types of evidence, information, and support that schools and districts can use across the </w:t>
      </w:r>
      <w:proofErr w:type="spellStart"/>
      <w:r w:rsidRPr="00F121B8">
        <w:rPr>
          <w:rFonts w:cs="Arial"/>
        </w:rPr>
        <w:t>IMplement</w:t>
      </w:r>
      <w:proofErr w:type="spellEnd"/>
      <w:r w:rsidRPr="00F121B8">
        <w:rPr>
          <w:rFonts w:cs="Arial"/>
        </w:rPr>
        <w:t xml:space="preserve"> MA curriculum lifecycle</w:t>
      </w:r>
      <w:r w:rsidR="00327D4C" w:rsidRPr="00F121B8">
        <w:rPr>
          <w:rFonts w:cs="Arial"/>
        </w:rPr>
        <w:t xml:space="preserve"> and alongside evidence and considerations relevant to their local context.</w:t>
      </w:r>
    </w:p>
    <w:p w14:paraId="382F042E" w14:textId="74AB7C18" w:rsidR="00E23445" w:rsidRPr="00F121B8" w:rsidRDefault="008337A3" w:rsidP="00393352">
      <w:pPr>
        <w:jc w:val="both"/>
        <w:rPr>
          <w:rFonts w:cs="Arial"/>
        </w:rPr>
      </w:pPr>
      <w:r w:rsidRPr="00F121B8">
        <w:rPr>
          <w:rFonts w:cs="Arial"/>
        </w:rPr>
        <w:t>Each resource helps answer a different question:</w:t>
      </w:r>
    </w:p>
    <w:p w14:paraId="6184F48D" w14:textId="17C93357" w:rsidR="00347A19" w:rsidRPr="00F121B8" w:rsidRDefault="003E2660" w:rsidP="00393352">
      <w:pPr>
        <w:pStyle w:val="ListParagraph"/>
        <w:numPr>
          <w:ilvl w:val="0"/>
          <w:numId w:val="12"/>
        </w:numPr>
        <w:contextualSpacing w:val="0"/>
        <w:jc w:val="both"/>
        <w:rPr>
          <w:rFonts w:cs="Arial"/>
        </w:rPr>
      </w:pPr>
      <w:hyperlink r:id="rId31" w:history="1">
        <w:r w:rsidRPr="00F121B8">
          <w:rPr>
            <w:rStyle w:val="Hyperlink"/>
            <w:rFonts w:cs="Arial"/>
            <w:b/>
            <w:color w:val="17365D" w:themeColor="text2" w:themeShade="BF"/>
          </w:rPr>
          <w:t>CURATE</w:t>
        </w:r>
      </w:hyperlink>
    </w:p>
    <w:p w14:paraId="7EC03458" w14:textId="79EC0C3D" w:rsidR="00E23445" w:rsidRPr="00F121B8" w:rsidRDefault="008337A3" w:rsidP="00393352">
      <w:pPr>
        <w:pStyle w:val="ListParagraph"/>
        <w:contextualSpacing w:val="0"/>
        <w:jc w:val="both"/>
        <w:rPr>
          <w:rFonts w:cs="Arial"/>
        </w:rPr>
      </w:pPr>
      <w:r w:rsidRPr="00F121B8">
        <w:rPr>
          <w:rFonts w:cs="Arial"/>
          <w:i/>
        </w:rPr>
        <w:t>What do</w:t>
      </w:r>
      <w:r w:rsidR="0029038F" w:rsidRPr="00F121B8">
        <w:rPr>
          <w:rFonts w:cs="Arial"/>
          <w:i/>
        </w:rPr>
        <w:t xml:space="preserve">es a </w:t>
      </w:r>
      <w:r w:rsidRPr="00F121B8">
        <w:rPr>
          <w:rFonts w:cs="Arial"/>
          <w:i/>
        </w:rPr>
        <w:t>Massachusetts educator</w:t>
      </w:r>
      <w:r w:rsidR="00013B5E" w:rsidRPr="00F121B8">
        <w:rPr>
          <w:rFonts w:cs="Arial"/>
          <w:i/>
        </w:rPr>
        <w:t xml:space="preserve"> review establish about the alignment and quality of comprehensive core c</w:t>
      </w:r>
      <w:r w:rsidR="007E7AB2" w:rsidRPr="00F121B8">
        <w:rPr>
          <w:rFonts w:cs="Arial"/>
          <w:i/>
        </w:rPr>
        <w:t>urricular materials</w:t>
      </w:r>
      <w:r w:rsidR="00013B5E" w:rsidRPr="00F121B8">
        <w:rPr>
          <w:rFonts w:cs="Arial"/>
          <w:i/>
        </w:rPr>
        <w:t>?</w:t>
      </w:r>
      <w:r w:rsidRPr="00F121B8">
        <w:rPr>
          <w:rFonts w:cs="Arial"/>
        </w:rPr>
        <w:t> </w:t>
      </w:r>
    </w:p>
    <w:p w14:paraId="26B1961A" w14:textId="68EDD994" w:rsidR="00347A19" w:rsidRPr="00F121B8" w:rsidRDefault="003E2660" w:rsidP="00393352">
      <w:pPr>
        <w:pStyle w:val="ListParagraph"/>
        <w:numPr>
          <w:ilvl w:val="0"/>
          <w:numId w:val="12"/>
        </w:numPr>
        <w:contextualSpacing w:val="0"/>
        <w:jc w:val="both"/>
        <w:rPr>
          <w:rFonts w:cs="Arial"/>
        </w:rPr>
      </w:pPr>
      <w:hyperlink r:id="rId32" w:history="1">
        <w:r w:rsidRPr="00F121B8">
          <w:rPr>
            <w:rStyle w:val="Hyperlink"/>
            <w:rFonts w:cs="Arial"/>
            <w:b/>
            <w:color w:val="17365D" w:themeColor="text2" w:themeShade="BF"/>
          </w:rPr>
          <w:t>Curriculum Guides</w:t>
        </w:r>
      </w:hyperlink>
    </w:p>
    <w:p w14:paraId="2EA519CB" w14:textId="4B5FFD6A" w:rsidR="00E23445" w:rsidRPr="00F121B8" w:rsidRDefault="008337A3" w:rsidP="00393352">
      <w:pPr>
        <w:pStyle w:val="ListParagraph"/>
        <w:contextualSpacing w:val="0"/>
        <w:jc w:val="both"/>
        <w:rPr>
          <w:rFonts w:cs="Arial"/>
        </w:rPr>
      </w:pPr>
      <w:r w:rsidRPr="00F121B8">
        <w:rPr>
          <w:rFonts w:cs="Arial"/>
          <w:i/>
        </w:rPr>
        <w:t xml:space="preserve">What </w:t>
      </w:r>
      <w:r w:rsidR="002F7CD4" w:rsidRPr="00F121B8">
        <w:rPr>
          <w:rFonts w:cs="Arial"/>
          <w:i/>
        </w:rPr>
        <w:t xml:space="preserve">information and evidence does </w:t>
      </w:r>
      <w:r w:rsidRPr="00F121B8">
        <w:rPr>
          <w:rFonts w:cs="Arial"/>
          <w:i/>
        </w:rPr>
        <w:t>DESE</w:t>
      </w:r>
      <w:r w:rsidR="002F7CD4" w:rsidRPr="00F121B8">
        <w:rPr>
          <w:rFonts w:cs="Arial"/>
          <w:i/>
        </w:rPr>
        <w:t xml:space="preserve"> provide about available curricular materials in content areas and contexts not currently review</w:t>
      </w:r>
      <w:r w:rsidR="00092671" w:rsidRPr="00F121B8">
        <w:rPr>
          <w:rFonts w:cs="Arial"/>
          <w:i/>
        </w:rPr>
        <w:t>ed</w:t>
      </w:r>
      <w:r w:rsidR="002F7CD4" w:rsidRPr="00F121B8">
        <w:rPr>
          <w:rFonts w:cs="Arial"/>
          <w:i/>
        </w:rPr>
        <w:t xml:space="preserve"> through CURATE</w:t>
      </w:r>
      <w:r w:rsidRPr="00F121B8">
        <w:rPr>
          <w:rFonts w:cs="Arial"/>
          <w:i/>
        </w:rPr>
        <w:t>?</w:t>
      </w:r>
    </w:p>
    <w:p w14:paraId="52727606" w14:textId="0B9E8082" w:rsidR="00347A19" w:rsidRPr="00F121B8" w:rsidRDefault="003E2660" w:rsidP="00393352">
      <w:pPr>
        <w:pStyle w:val="ListParagraph"/>
        <w:numPr>
          <w:ilvl w:val="0"/>
          <w:numId w:val="12"/>
        </w:numPr>
        <w:contextualSpacing w:val="0"/>
        <w:jc w:val="both"/>
        <w:rPr>
          <w:rFonts w:cs="Arial"/>
        </w:rPr>
      </w:pPr>
      <w:hyperlink r:id="rId33" w:history="1">
        <w:r w:rsidRPr="00F121B8">
          <w:rPr>
            <w:rStyle w:val="Hyperlink"/>
            <w:rFonts w:cs="Arial"/>
            <w:b/>
            <w:color w:val="17365D" w:themeColor="text2" w:themeShade="BF"/>
          </w:rPr>
          <w:t>Curriculum Dashboard</w:t>
        </w:r>
      </w:hyperlink>
    </w:p>
    <w:p w14:paraId="0EDB441C" w14:textId="38529031" w:rsidR="00E23445" w:rsidRPr="00F121B8" w:rsidRDefault="008337A3" w:rsidP="00393352">
      <w:pPr>
        <w:pStyle w:val="ListParagraph"/>
        <w:contextualSpacing w:val="0"/>
        <w:jc w:val="both"/>
        <w:rPr>
          <w:rFonts w:cs="Arial"/>
        </w:rPr>
      </w:pPr>
      <w:r w:rsidRPr="00F121B8">
        <w:rPr>
          <w:rFonts w:cs="Arial"/>
          <w:i/>
        </w:rPr>
        <w:t>Which curricula are used across Massachusetts districts?</w:t>
      </w:r>
      <w:r w:rsidRPr="00F121B8">
        <w:rPr>
          <w:rFonts w:cs="Arial"/>
        </w:rPr>
        <w:t> </w:t>
      </w:r>
    </w:p>
    <w:p w14:paraId="2CE6C238" w14:textId="77777777" w:rsidR="00B651D4" w:rsidRPr="00F121B8" w:rsidRDefault="00B651D4" w:rsidP="00393352">
      <w:pPr>
        <w:pStyle w:val="ListParagraph"/>
        <w:numPr>
          <w:ilvl w:val="0"/>
          <w:numId w:val="13"/>
        </w:numPr>
        <w:contextualSpacing w:val="0"/>
        <w:jc w:val="both"/>
        <w:rPr>
          <w:rFonts w:cs="Arial"/>
        </w:rPr>
      </w:pPr>
      <w:hyperlink r:id="rId34" w:history="1">
        <w:r w:rsidRPr="00F121B8">
          <w:rPr>
            <w:rStyle w:val="Hyperlink"/>
            <w:rFonts w:cs="Arial"/>
            <w:b/>
            <w:color w:val="17365D" w:themeColor="text2" w:themeShade="BF"/>
          </w:rPr>
          <w:t xml:space="preserve">Curriculum Matters: </w:t>
        </w:r>
        <w:proofErr w:type="spellStart"/>
        <w:r w:rsidRPr="00F121B8">
          <w:rPr>
            <w:rStyle w:val="Hyperlink"/>
            <w:rFonts w:cs="Arial"/>
            <w:b/>
            <w:color w:val="17365D" w:themeColor="text2" w:themeShade="BF"/>
          </w:rPr>
          <w:t>IMplement</w:t>
        </w:r>
        <w:proofErr w:type="spellEnd"/>
        <w:r w:rsidRPr="00F121B8">
          <w:rPr>
            <w:rStyle w:val="Hyperlink"/>
            <w:rFonts w:cs="Arial"/>
            <w:b/>
            <w:color w:val="17365D" w:themeColor="text2" w:themeShade="BF"/>
          </w:rPr>
          <w:t xml:space="preserve"> MA</w:t>
        </w:r>
      </w:hyperlink>
    </w:p>
    <w:p w14:paraId="0CD0A4F7" w14:textId="343E8622" w:rsidR="00E23445" w:rsidRPr="00F121B8" w:rsidRDefault="008337A3" w:rsidP="00393352">
      <w:pPr>
        <w:pStyle w:val="ListParagraph"/>
        <w:contextualSpacing w:val="0"/>
        <w:jc w:val="both"/>
        <w:rPr>
          <w:rFonts w:cs="Arial"/>
        </w:rPr>
      </w:pPr>
      <w:r w:rsidRPr="00F121B8">
        <w:rPr>
          <w:rFonts w:cs="Arial"/>
          <w:i/>
        </w:rPr>
        <w:t xml:space="preserve">How do </w:t>
      </w:r>
      <w:r w:rsidR="00EE42A0" w:rsidRPr="00F121B8">
        <w:rPr>
          <w:rFonts w:cs="Arial"/>
          <w:i/>
        </w:rPr>
        <w:t xml:space="preserve">leaders </w:t>
      </w:r>
      <w:r w:rsidR="00FA4AE0" w:rsidRPr="00F121B8">
        <w:rPr>
          <w:rFonts w:cs="Arial"/>
          <w:i/>
        </w:rPr>
        <w:t xml:space="preserve">and </w:t>
      </w:r>
      <w:r w:rsidR="00EE42A0" w:rsidRPr="00F121B8">
        <w:rPr>
          <w:rFonts w:cs="Arial"/>
          <w:i/>
        </w:rPr>
        <w:t>educators</w:t>
      </w:r>
      <w:r w:rsidR="00FA4AE0" w:rsidRPr="00F121B8">
        <w:rPr>
          <w:rFonts w:cs="Arial"/>
          <w:i/>
        </w:rPr>
        <w:t xml:space="preserve"> build capacity </w:t>
      </w:r>
      <w:r w:rsidR="0041337F" w:rsidRPr="00F121B8">
        <w:rPr>
          <w:rFonts w:cs="Arial"/>
          <w:i/>
        </w:rPr>
        <w:t xml:space="preserve">and create the conditions </w:t>
      </w:r>
      <w:r w:rsidR="00D14342" w:rsidRPr="00F121B8">
        <w:rPr>
          <w:rFonts w:cs="Arial"/>
          <w:i/>
        </w:rPr>
        <w:t xml:space="preserve">needed for </w:t>
      </w:r>
      <w:r w:rsidR="00FA4AE0" w:rsidRPr="00F121B8">
        <w:rPr>
          <w:rFonts w:cs="Arial"/>
          <w:i/>
        </w:rPr>
        <w:t>skillful, equitable, and sustainable curriculum implementation?</w:t>
      </w:r>
    </w:p>
    <w:p w14:paraId="3B555373" w14:textId="2E58DA97" w:rsidR="00E23445" w:rsidRPr="00F121B8" w:rsidRDefault="008337A3" w:rsidP="00DE5EB5">
      <w:pPr>
        <w:pStyle w:val="Heading5"/>
        <w:rPr>
          <w:rFonts w:cs="Arial"/>
        </w:rPr>
      </w:pPr>
      <w:r w:rsidRPr="00F121B8">
        <w:rPr>
          <w:rFonts w:cs="Arial"/>
        </w:rPr>
        <w:lastRenderedPageBreak/>
        <w:t xml:space="preserve">Explore </w:t>
      </w:r>
      <w:proofErr w:type="spellStart"/>
      <w:r w:rsidR="005D3496" w:rsidRPr="00F121B8">
        <w:rPr>
          <w:rFonts w:cs="Arial"/>
        </w:rPr>
        <w:t>IMplement</w:t>
      </w:r>
      <w:proofErr w:type="spellEnd"/>
      <w:r w:rsidR="005D3496" w:rsidRPr="00F121B8">
        <w:rPr>
          <w:rFonts w:cs="Arial"/>
        </w:rPr>
        <w:t xml:space="preserve"> MA </w:t>
      </w:r>
      <w:r w:rsidRPr="00F121B8">
        <w:rPr>
          <w:rFonts w:cs="Arial"/>
        </w:rPr>
        <w:t>Resources</w:t>
      </w:r>
    </w:p>
    <w:p w14:paraId="4B340096" w14:textId="7C282013" w:rsidR="00796961" w:rsidRPr="00C13DC2" w:rsidRDefault="004B38BD" w:rsidP="00393352">
      <w:pPr>
        <w:pStyle w:val="ListParagraph"/>
        <w:numPr>
          <w:ilvl w:val="0"/>
          <w:numId w:val="20"/>
        </w:numPr>
        <w:spacing w:before="120"/>
        <w:contextualSpacing w:val="0"/>
        <w:jc w:val="both"/>
        <w:rPr>
          <w:b/>
          <w:bCs/>
        </w:rPr>
      </w:pPr>
      <w:hyperlink r:id="rId35">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Guide</w:t>
        </w:r>
      </w:hyperlink>
    </w:p>
    <w:p w14:paraId="6E407371" w14:textId="360B2ECC" w:rsidR="00127EA0" w:rsidRPr="00887B70" w:rsidRDefault="77FC7DEC" w:rsidP="00393352">
      <w:pPr>
        <w:pStyle w:val="ListParagraph"/>
        <w:spacing w:before="120"/>
        <w:contextualSpacing w:val="0"/>
        <w:jc w:val="both"/>
      </w:pPr>
      <w:r w:rsidRPr="00887B70">
        <w:t xml:space="preserve">Instructional leadership framework that guides leaders and educators through the </w:t>
      </w:r>
      <w:proofErr w:type="spellStart"/>
      <w:r w:rsidRPr="00887B70">
        <w:t>IMplement</w:t>
      </w:r>
      <w:proofErr w:type="spellEnd"/>
      <w:r w:rsidRPr="00887B70">
        <w:t xml:space="preserve"> MA curriculum lifecycle—from establishing a shared instructional vision and investigating and selecting curricular materials to preparing for launch, implementing and monitoring their use, and building the conditions for sustained, equitable instructional improvement.</w:t>
      </w:r>
      <w:r w:rsidR="00D10352" w:rsidRPr="00887B70">
        <w:t xml:space="preserve"> </w:t>
      </w:r>
    </w:p>
    <w:p w14:paraId="28B5D3FD" w14:textId="1B6AE0D8" w:rsidR="00796961" w:rsidRPr="00C13DC2" w:rsidRDefault="004B38BD" w:rsidP="00393352">
      <w:pPr>
        <w:pStyle w:val="ListParagraph"/>
        <w:numPr>
          <w:ilvl w:val="0"/>
          <w:numId w:val="20"/>
        </w:numPr>
        <w:spacing w:before="120"/>
        <w:contextualSpacing w:val="0"/>
        <w:jc w:val="both"/>
        <w:rPr>
          <w:b/>
          <w:bCs/>
        </w:rPr>
      </w:pPr>
      <w:hyperlink r:id="rId36">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Self-Assessment</w:t>
        </w:r>
      </w:hyperlink>
    </w:p>
    <w:p w14:paraId="713169EF" w14:textId="77777777" w:rsidR="00887B70" w:rsidRPr="00887B70" w:rsidRDefault="2BCE52F5" w:rsidP="00393352">
      <w:pPr>
        <w:pStyle w:val="ListParagraph"/>
        <w:spacing w:before="120"/>
        <w:contextualSpacing w:val="0"/>
        <w:jc w:val="both"/>
      </w:pPr>
      <w:r w:rsidRPr="00887B70">
        <w:t xml:space="preserve">Self-assessment tool that helps educator teams identify their current phase in the </w:t>
      </w:r>
      <w:proofErr w:type="spellStart"/>
      <w:r w:rsidRPr="00887B70">
        <w:t>IMplement</w:t>
      </w:r>
      <w:proofErr w:type="spellEnd"/>
      <w:r w:rsidRPr="00887B70">
        <w:t xml:space="preserve"> MA curriculum lifecycle, assess progress, and determine next steps based on </w:t>
      </w:r>
      <w:proofErr w:type="spellStart"/>
      <w:r w:rsidRPr="00887B70">
        <w:t>IMplement</w:t>
      </w:r>
      <w:proofErr w:type="spellEnd"/>
      <w:r w:rsidRPr="00887B70">
        <w:t xml:space="preserve"> MA Milestones.</w:t>
      </w:r>
    </w:p>
    <w:p w14:paraId="0FD4BFDE" w14:textId="535B50A3" w:rsidR="000360DA" w:rsidRPr="00C13DC2" w:rsidRDefault="000360DA" w:rsidP="00393352">
      <w:pPr>
        <w:pStyle w:val="ListParagraph"/>
        <w:numPr>
          <w:ilvl w:val="0"/>
          <w:numId w:val="20"/>
        </w:numPr>
        <w:spacing w:before="120"/>
        <w:contextualSpacing w:val="0"/>
        <w:jc w:val="both"/>
        <w:rPr>
          <w:b/>
          <w:bCs/>
        </w:rPr>
      </w:pPr>
      <w:hyperlink r:id="rId37" w:history="1">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Networks</w:t>
        </w:r>
      </w:hyperlink>
    </w:p>
    <w:p w14:paraId="36D8CF76" w14:textId="22DF5287" w:rsidR="000360DA" w:rsidRPr="00887B70" w:rsidRDefault="000360DA" w:rsidP="00393352">
      <w:pPr>
        <w:pStyle w:val="ListParagraph"/>
        <w:spacing w:before="120"/>
        <w:contextualSpacing w:val="0"/>
        <w:jc w:val="both"/>
      </w:pPr>
      <w:r w:rsidRPr="00887B70">
        <w:t>Collaborative learning opportunities that support district leaders to build capacity</w:t>
      </w:r>
      <w:r w:rsidR="00944B56" w:rsidRPr="00887B70">
        <w:t xml:space="preserve"> </w:t>
      </w:r>
      <w:r w:rsidR="00E80058" w:rsidRPr="00887B70">
        <w:t xml:space="preserve">across </w:t>
      </w:r>
      <w:r w:rsidR="00527B59" w:rsidRPr="00887B70">
        <w:t xml:space="preserve">the </w:t>
      </w:r>
      <w:proofErr w:type="spellStart"/>
      <w:r w:rsidR="00872EF6" w:rsidRPr="00887B70">
        <w:t>IMplement</w:t>
      </w:r>
      <w:proofErr w:type="spellEnd"/>
      <w:r w:rsidR="00872EF6" w:rsidRPr="00887B70">
        <w:t xml:space="preserve"> MA curriculum lifecycle, </w:t>
      </w:r>
      <w:r w:rsidRPr="00887B70">
        <w:t>address common challenges, and lear</w:t>
      </w:r>
      <w:r w:rsidR="00944B56" w:rsidRPr="00887B70">
        <w:t>n</w:t>
      </w:r>
      <w:r w:rsidRPr="00887B70">
        <w:t xml:space="preserve"> with and from peers.</w:t>
      </w:r>
    </w:p>
    <w:p w14:paraId="52DE0400" w14:textId="532B9431" w:rsidR="00796961" w:rsidRPr="00C13DC2" w:rsidRDefault="00796961" w:rsidP="00393352">
      <w:pPr>
        <w:pStyle w:val="ListParagraph"/>
        <w:numPr>
          <w:ilvl w:val="0"/>
          <w:numId w:val="20"/>
        </w:numPr>
        <w:spacing w:before="120"/>
        <w:contextualSpacing w:val="0"/>
        <w:jc w:val="both"/>
        <w:rPr>
          <w:b/>
          <w:bCs/>
        </w:rPr>
      </w:pPr>
      <w:hyperlink r:id="rId38">
        <w:r w:rsidRPr="00C13DC2">
          <w:rPr>
            <w:rStyle w:val="Hyperlink"/>
            <w:b/>
            <w:bCs/>
            <w:color w:val="17365D" w:themeColor="text2" w:themeShade="BF"/>
          </w:rPr>
          <w:t>Instructional Planning and Observation Tools</w:t>
        </w:r>
      </w:hyperlink>
    </w:p>
    <w:p w14:paraId="2B6E1FD7" w14:textId="7C7DBC90" w:rsidR="00796961" w:rsidRPr="00887B70" w:rsidRDefault="024545EA" w:rsidP="00393352">
      <w:pPr>
        <w:pStyle w:val="ListParagraph"/>
        <w:spacing w:before="120"/>
        <w:contextualSpacing w:val="0"/>
        <w:jc w:val="both"/>
      </w:pPr>
      <w:r w:rsidRPr="00887B70">
        <w:t>Collection of planning and observation tools to support intellectual preparation for instruction with standards-aligned curricular materials and examination of daily, evidence-based, grade-level teaching and learning in service of the Educational Vision and deeper learning across the Commonwealth.</w:t>
      </w:r>
    </w:p>
    <w:sectPr w:rsidR="00796961" w:rsidRPr="00887B70" w:rsidSect="003C4C6D">
      <w:footerReference w:type="default" r:id="rId39"/>
      <w:headerReference w:type="first" r:id="rId40"/>
      <w:footerReference w:type="first" r:id="rId41"/>
      <w:pgSz w:w="12240" w:h="15840"/>
      <w:pgMar w:top="1008" w:right="1008" w:bottom="1008" w:left="1008" w:header="403"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F49AC" w14:textId="77777777" w:rsidR="00DC1737" w:rsidRDefault="00DC1737">
      <w:pPr>
        <w:spacing w:after="0" w:line="240" w:lineRule="auto"/>
      </w:pPr>
      <w:r>
        <w:separator/>
      </w:r>
    </w:p>
  </w:endnote>
  <w:endnote w:type="continuationSeparator" w:id="0">
    <w:p w14:paraId="4C162C0B" w14:textId="77777777" w:rsidR="00DC1737" w:rsidRDefault="00DC1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34BA" w14:textId="1D621A6E" w:rsidR="00E23445" w:rsidRPr="00C21278" w:rsidRDefault="00793B43" w:rsidP="00793B43">
    <w:pPr>
      <w:pStyle w:val="Footer"/>
      <w:tabs>
        <w:tab w:val="center" w:pos="5112"/>
        <w:tab w:val="left" w:pos="9390"/>
      </w:tabs>
      <w:rPr>
        <w:sz w:val="16"/>
        <w:szCs w:val="16"/>
      </w:rPr>
    </w:pPr>
    <w:r>
      <w:rPr>
        <w:noProof/>
        <w:sz w:val="16"/>
        <w:szCs w:val="16"/>
      </w:rPr>
      <mc:AlternateContent>
        <mc:Choice Requires="wps">
          <w:drawing>
            <wp:anchor distT="0" distB="0" distL="114300" distR="114300" simplePos="0" relativeHeight="251662337" behindDoc="0" locked="0" layoutInCell="1" allowOverlap="1" wp14:anchorId="5A8CCED3" wp14:editId="4A0A237D">
              <wp:simplePos x="0" y="0"/>
              <wp:positionH relativeFrom="column">
                <wp:posOffset>3028950</wp:posOffset>
              </wp:positionH>
              <wp:positionV relativeFrom="paragraph">
                <wp:posOffset>-295275</wp:posOffset>
              </wp:positionV>
              <wp:extent cx="4114800" cy="619125"/>
              <wp:effectExtent l="38100" t="19050" r="76200" b="104775"/>
              <wp:wrapNone/>
              <wp:docPr id="1554932112"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0548E"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8.5pt;margin-top:-23.25pt;width:324pt;height:48.75pt;flip:x;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" fillcolor="#1f497d [3215]" strokecolor="#4579b8 [3044]">
              <v:shadow on="t" color="black" opacity="22937f" origin=",.5" offset="0,.63889mm"/>
            </v:shape>
          </w:pict>
        </mc:Fallback>
      </mc:AlternateContent>
    </w:r>
    <w:r>
      <w:rPr>
        <w:sz w:val="16"/>
        <w:szCs w:val="16"/>
      </w:rPr>
      <w:tab/>
    </w:r>
    <w:r>
      <w:rPr>
        <w:sz w:val="16"/>
        <w:szCs w:val="16"/>
      </w:rPr>
      <w:tab/>
    </w:r>
    <w:r w:rsidR="34380F11" w:rsidRPr="00C21278">
      <w:rPr>
        <w:sz w:val="16"/>
        <w:szCs w:val="16"/>
      </w:rPr>
      <w:t xml:space="preserve">Page | </w:t>
    </w:r>
    <w:r w:rsidR="00C21278" w:rsidRPr="00C21278">
      <w:rPr>
        <w:noProof/>
        <w:sz w:val="16"/>
        <w:szCs w:val="16"/>
      </w:rPr>
      <w:fldChar w:fldCharType="begin"/>
    </w:r>
    <w:r w:rsidR="00C21278" w:rsidRPr="00C21278">
      <w:rPr>
        <w:sz w:val="16"/>
        <w:szCs w:val="16"/>
      </w:rPr>
      <w:instrText xml:space="preserve"> PAGE   \* MERGEFORMAT </w:instrText>
    </w:r>
    <w:r w:rsidR="00C21278" w:rsidRPr="00C21278">
      <w:rPr>
        <w:sz w:val="16"/>
        <w:szCs w:val="16"/>
      </w:rPr>
      <w:fldChar w:fldCharType="separate"/>
    </w:r>
    <w:r w:rsidR="34380F11" w:rsidRPr="00C21278">
      <w:rPr>
        <w:noProof/>
        <w:sz w:val="16"/>
        <w:szCs w:val="16"/>
      </w:rPr>
      <w:t>1</w:t>
    </w:r>
    <w:r w:rsidR="00C21278" w:rsidRPr="00C21278">
      <w:rPr>
        <w:noProof/>
        <w:sz w:val="16"/>
        <w:szCs w:val="16"/>
      </w:rPr>
      <w:fldChar w:fldCharType="end"/>
    </w:r>
    <w:r>
      <w:rPr>
        <w:noProof/>
        <w:sz w:val="16"/>
        <w:szCs w:val="16"/>
      </w:rPr>
      <w:tab/>
    </w:r>
    <w:r>
      <w:rPr>
        <w:noProof/>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122D" w14:textId="2EA17D89" w:rsidR="34380F11" w:rsidRDefault="00793B43" w:rsidP="34380F11">
    <w:pPr>
      <w:pStyle w:val="Footer"/>
    </w:pPr>
    <w:r>
      <w:rPr>
        <w:noProof/>
        <w:sz w:val="16"/>
        <w:szCs w:val="16"/>
      </w:rPr>
      <mc:AlternateContent>
        <mc:Choice Requires="wps">
          <w:drawing>
            <wp:anchor distT="0" distB="0" distL="114300" distR="114300" simplePos="0" relativeHeight="251660289" behindDoc="0" locked="0" layoutInCell="1" allowOverlap="1" wp14:anchorId="42524E73" wp14:editId="572CA008">
              <wp:simplePos x="0" y="0"/>
              <wp:positionH relativeFrom="column">
                <wp:posOffset>3038475</wp:posOffset>
              </wp:positionH>
              <wp:positionV relativeFrom="paragraph">
                <wp:posOffset>-247650</wp:posOffset>
              </wp:positionV>
              <wp:extent cx="4114800" cy="619125"/>
              <wp:effectExtent l="38100" t="19050" r="76200" b="104775"/>
              <wp:wrapNone/>
              <wp:docPr id="1835892500"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CD9E2"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9.25pt;margin-top:-19.5pt;width:324pt;height:48.75pt;flip:x;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" fillcolor="#1f497d [3215]" strokecolor="#4579b8 [3044]">
              <v:shadow on="t" color="black" opacity="22937f" origin=",.5" offset="0,.63889m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A131" w14:textId="77777777" w:rsidR="00DC1737" w:rsidRDefault="00DC1737">
      <w:pPr>
        <w:spacing w:after="0" w:line="240" w:lineRule="auto"/>
      </w:pPr>
      <w:r>
        <w:separator/>
      </w:r>
    </w:p>
  </w:footnote>
  <w:footnote w:type="continuationSeparator" w:id="0">
    <w:p w14:paraId="704F4103" w14:textId="77777777" w:rsidR="00DC1737" w:rsidRDefault="00DC1737">
      <w:pPr>
        <w:spacing w:after="0" w:line="240" w:lineRule="auto"/>
      </w:pPr>
      <w:r>
        <w:continuationSeparator/>
      </w:r>
    </w:p>
  </w:footnote>
  <w:footnote w:id="1">
    <w:p w14:paraId="2DB9E9C3" w14:textId="50416007" w:rsidR="00175A4C" w:rsidRDefault="00175A4C" w:rsidP="00270B9C">
      <w:pPr>
        <w:pStyle w:val="FootnoteText"/>
        <w:jc w:val="both"/>
      </w:pPr>
      <w:r>
        <w:rPr>
          <w:rStyle w:val="FootnoteReference"/>
        </w:rPr>
        <w:footnoteRef/>
      </w:r>
      <w:r>
        <w:t xml:space="preserve"> </w:t>
      </w:r>
      <w:r w:rsidR="00270B9C" w:rsidRPr="00270B9C">
        <w:rPr>
          <w:sz w:val="16"/>
          <w:szCs w:val="16"/>
        </w:rPr>
        <w:t>The Department of Elementary and Secondary Education recognize</w:t>
      </w:r>
      <w:r w:rsidR="00E966B8">
        <w:rPr>
          <w:sz w:val="16"/>
          <w:szCs w:val="16"/>
        </w:rPr>
        <w:t>s</w:t>
      </w:r>
      <w:r w:rsidR="00270B9C" w:rsidRPr="00270B9C">
        <w:rPr>
          <w:sz w:val="16"/>
          <w:szCs w:val="16"/>
        </w:rPr>
        <w:t xml:space="preserve"> </w:t>
      </w:r>
      <w:r w:rsidR="00270B9C" w:rsidRPr="00270B9C">
        <w:rPr>
          <w:i/>
          <w:iCs/>
          <w:sz w:val="16"/>
          <w:szCs w:val="16"/>
        </w:rPr>
        <w:t>multilingual learner</w:t>
      </w:r>
      <w:r w:rsidR="00D72832">
        <w:rPr>
          <w:i/>
          <w:iCs/>
          <w:sz w:val="16"/>
          <w:szCs w:val="16"/>
        </w:rPr>
        <w:t xml:space="preserve"> </w:t>
      </w:r>
      <w:r w:rsidR="00270B9C" w:rsidRPr="00E966B8">
        <w:rPr>
          <w:sz w:val="16"/>
          <w:szCs w:val="16"/>
        </w:rPr>
        <w:t>as an asset-based term.</w:t>
      </w:r>
      <w:r w:rsidR="00270B9C" w:rsidRPr="00270B9C">
        <w:rPr>
          <w:i/>
          <w:iCs/>
          <w:sz w:val="16"/>
          <w:szCs w:val="16"/>
        </w:rPr>
        <w:t xml:space="preserve"> </w:t>
      </w:r>
      <w:r w:rsidRPr="00270B9C">
        <w:rPr>
          <w:i/>
          <w:iCs/>
          <w:sz w:val="16"/>
          <w:szCs w:val="16"/>
        </w:rPr>
        <w:t>English learner</w:t>
      </w:r>
      <w:r w:rsidRPr="00270B9C">
        <w:rPr>
          <w:sz w:val="16"/>
          <w:szCs w:val="16"/>
        </w:rPr>
        <w:t xml:space="preserve"> refers specifically to the legally identified student population for whom federal and state law establishes particular instructional, civil rights, and accountability requirements. CURATE uses </w:t>
      </w:r>
      <w:r w:rsidRPr="00270B9C">
        <w:rPr>
          <w:i/>
          <w:iCs/>
          <w:sz w:val="16"/>
          <w:szCs w:val="16"/>
        </w:rPr>
        <w:t>English learner</w:t>
      </w:r>
      <w:r w:rsidRPr="00270B9C">
        <w:rPr>
          <w:sz w:val="16"/>
          <w:szCs w:val="16"/>
        </w:rPr>
        <w:t xml:space="preserve"> (EL) when the distinction is relevant to that legal designation or when referring to services, supports, requirements, or outcomes specific to students identified as ELs. CURATE uses </w:t>
      </w:r>
      <w:r w:rsidRPr="00270B9C">
        <w:rPr>
          <w:i/>
          <w:iCs/>
          <w:sz w:val="16"/>
          <w:szCs w:val="16"/>
        </w:rPr>
        <w:t>multilingual learner</w:t>
      </w:r>
      <w:r w:rsidRPr="00270B9C">
        <w:rPr>
          <w:sz w:val="16"/>
          <w:szCs w:val="16"/>
        </w:rPr>
        <w:t xml:space="preserve"> (ML) when referring broadly to multilingual students and their strengths, experiences, and learning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DEFB" w14:textId="6763558B" w:rsidR="009F4C11" w:rsidRDefault="00C21278">
    <w:pPr>
      <w:pStyle w:val="Header"/>
    </w:pPr>
    <w:r w:rsidRPr="00551623">
      <w:rPr>
        <w:rFonts w:cs="Arial"/>
        <w:noProof/>
      </w:rPr>
      <mc:AlternateContent>
        <mc:Choice Requires="wps">
          <w:drawing>
            <wp:anchor distT="0" distB="0" distL="114300" distR="114300" simplePos="0" relativeHeight="251658241" behindDoc="0" locked="0" layoutInCell="1" allowOverlap="1" wp14:anchorId="3064D944" wp14:editId="2F6778AC">
              <wp:simplePos x="0" y="0"/>
              <wp:positionH relativeFrom="page">
                <wp:posOffset>2904490</wp:posOffset>
              </wp:positionH>
              <wp:positionV relativeFrom="paragraph">
                <wp:posOffset>-379473</wp:posOffset>
              </wp:positionV>
              <wp:extent cx="5038725" cy="2533650"/>
              <wp:effectExtent l="0" t="0" r="28575" b="19050"/>
              <wp:wrapNone/>
              <wp:docPr id="882397185"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5038725" cy="2533650"/>
                      </a:xfrm>
                      <a:prstGeom prst="rtTriangle">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60B2A"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8.7pt;margin-top:-29.9pt;width:396.75pt;height:199.5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" fillcolor="#1f497d [3215]" strokecolor="#4579b8 [3044]">
              <w10:wrap anchorx="page"/>
            </v:shape>
          </w:pict>
        </mc:Fallback>
      </mc:AlternateContent>
    </w:r>
    <w:r w:rsidR="009F4C11">
      <w:rPr>
        <w:b/>
        <w:noProof/>
        <w:color w:val="0B6A8E"/>
        <w:sz w:val="17"/>
      </w:rPr>
      <w:drawing>
        <wp:inline distT="0" distB="0" distL="0" distR="0" wp14:anchorId="6EC24C57" wp14:editId="4A3472CC">
          <wp:extent cx="2320818" cy="488950"/>
          <wp:effectExtent l="0" t="0" r="3810" b="6350"/>
          <wp:docPr id="192593743" name="Picture 2" descr="Logo for the Department of Elementary and Secondary Education. Capital letters D E S E in navy blue with three yellow bursts over the final E. Full agency name is spelled out on the right of the D E 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743" name="Picture 2" descr="Logo for the Department of Elementary and Secondary Education. Capital letters D E S E in navy blue with three yellow bursts over the final E. Full agency name is spelled out on the right of the D E S E."/>
                  <pic:cNvPicPr/>
                </pic:nvPicPr>
                <pic:blipFill>
                  <a:blip r:embed="rId1"/>
                  <a:stretch>
                    <a:fillRect/>
                  </a:stretch>
                </pic:blipFill>
                <pic:spPr>
                  <a:xfrm>
                    <a:off x="0" y="0"/>
                    <a:ext cx="2358702" cy="496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id blue circular progress indicator or donut icon with a white center." style="width:14.25pt;height:14.25pt;visibility:visible;mso-wrap-style:square" o:bullet="t">
        <v:imagedata r:id="rId1" o:title="Solid blue circular progress indicator or donut icon with a white center"/>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271365"/>
    <w:multiLevelType w:val="hybridMultilevel"/>
    <w:tmpl w:val="72BE4E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086FE3"/>
    <w:multiLevelType w:val="hybridMultilevel"/>
    <w:tmpl w:val="0D32BDDA"/>
    <w:lvl w:ilvl="0" w:tplc="7C36C90A">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7B7F74"/>
    <w:multiLevelType w:val="hybridMultilevel"/>
    <w:tmpl w:val="B6D0EFFA"/>
    <w:lvl w:ilvl="0" w:tplc="E3D891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34467B"/>
    <w:multiLevelType w:val="hybridMultilevel"/>
    <w:tmpl w:val="4544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CF6F1C"/>
    <w:multiLevelType w:val="hybridMultilevel"/>
    <w:tmpl w:val="A5F083B8"/>
    <w:lvl w:ilvl="0" w:tplc="BEFC42FA">
      <w:start w:val="1"/>
      <w:numFmt w:val="bullet"/>
      <w:lvlText w:val=""/>
      <w:lvlPicBulletId w:val="0"/>
      <w:lvlJc w:val="left"/>
      <w:pPr>
        <w:tabs>
          <w:tab w:val="num" w:pos="720"/>
        </w:tabs>
        <w:ind w:left="720" w:hanging="360"/>
      </w:pPr>
      <w:rPr>
        <w:rFonts w:ascii="Symbol" w:hAnsi="Symbol" w:hint="default"/>
      </w:rPr>
    </w:lvl>
    <w:lvl w:ilvl="1" w:tplc="F2E24CF2" w:tentative="1">
      <w:start w:val="1"/>
      <w:numFmt w:val="bullet"/>
      <w:lvlText w:val=""/>
      <w:lvlJc w:val="left"/>
      <w:pPr>
        <w:tabs>
          <w:tab w:val="num" w:pos="1440"/>
        </w:tabs>
        <w:ind w:left="1440" w:hanging="360"/>
      </w:pPr>
      <w:rPr>
        <w:rFonts w:ascii="Symbol" w:hAnsi="Symbol" w:hint="default"/>
      </w:rPr>
    </w:lvl>
    <w:lvl w:ilvl="2" w:tplc="31F054AC" w:tentative="1">
      <w:start w:val="1"/>
      <w:numFmt w:val="bullet"/>
      <w:lvlText w:val=""/>
      <w:lvlJc w:val="left"/>
      <w:pPr>
        <w:tabs>
          <w:tab w:val="num" w:pos="2160"/>
        </w:tabs>
        <w:ind w:left="2160" w:hanging="360"/>
      </w:pPr>
      <w:rPr>
        <w:rFonts w:ascii="Symbol" w:hAnsi="Symbol" w:hint="default"/>
      </w:rPr>
    </w:lvl>
    <w:lvl w:ilvl="3" w:tplc="C380BD74" w:tentative="1">
      <w:start w:val="1"/>
      <w:numFmt w:val="bullet"/>
      <w:lvlText w:val=""/>
      <w:lvlJc w:val="left"/>
      <w:pPr>
        <w:tabs>
          <w:tab w:val="num" w:pos="2880"/>
        </w:tabs>
        <w:ind w:left="2880" w:hanging="360"/>
      </w:pPr>
      <w:rPr>
        <w:rFonts w:ascii="Symbol" w:hAnsi="Symbol" w:hint="default"/>
      </w:rPr>
    </w:lvl>
    <w:lvl w:ilvl="4" w:tplc="A458460A" w:tentative="1">
      <w:start w:val="1"/>
      <w:numFmt w:val="bullet"/>
      <w:lvlText w:val=""/>
      <w:lvlJc w:val="left"/>
      <w:pPr>
        <w:tabs>
          <w:tab w:val="num" w:pos="3600"/>
        </w:tabs>
        <w:ind w:left="3600" w:hanging="360"/>
      </w:pPr>
      <w:rPr>
        <w:rFonts w:ascii="Symbol" w:hAnsi="Symbol" w:hint="default"/>
      </w:rPr>
    </w:lvl>
    <w:lvl w:ilvl="5" w:tplc="7C3466B0" w:tentative="1">
      <w:start w:val="1"/>
      <w:numFmt w:val="bullet"/>
      <w:lvlText w:val=""/>
      <w:lvlJc w:val="left"/>
      <w:pPr>
        <w:tabs>
          <w:tab w:val="num" w:pos="4320"/>
        </w:tabs>
        <w:ind w:left="4320" w:hanging="360"/>
      </w:pPr>
      <w:rPr>
        <w:rFonts w:ascii="Symbol" w:hAnsi="Symbol" w:hint="default"/>
      </w:rPr>
    </w:lvl>
    <w:lvl w:ilvl="6" w:tplc="D7C070C8" w:tentative="1">
      <w:start w:val="1"/>
      <w:numFmt w:val="bullet"/>
      <w:lvlText w:val=""/>
      <w:lvlJc w:val="left"/>
      <w:pPr>
        <w:tabs>
          <w:tab w:val="num" w:pos="5040"/>
        </w:tabs>
        <w:ind w:left="5040" w:hanging="360"/>
      </w:pPr>
      <w:rPr>
        <w:rFonts w:ascii="Symbol" w:hAnsi="Symbol" w:hint="default"/>
      </w:rPr>
    </w:lvl>
    <w:lvl w:ilvl="7" w:tplc="3CDEA1FC" w:tentative="1">
      <w:start w:val="1"/>
      <w:numFmt w:val="bullet"/>
      <w:lvlText w:val=""/>
      <w:lvlJc w:val="left"/>
      <w:pPr>
        <w:tabs>
          <w:tab w:val="num" w:pos="5760"/>
        </w:tabs>
        <w:ind w:left="5760" w:hanging="360"/>
      </w:pPr>
      <w:rPr>
        <w:rFonts w:ascii="Symbol" w:hAnsi="Symbol" w:hint="default"/>
      </w:rPr>
    </w:lvl>
    <w:lvl w:ilvl="8" w:tplc="ADF2B85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5325B13"/>
    <w:multiLevelType w:val="hybridMultilevel"/>
    <w:tmpl w:val="BD562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D50295"/>
    <w:multiLevelType w:val="hybridMultilevel"/>
    <w:tmpl w:val="63E23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9051F1"/>
    <w:multiLevelType w:val="hybridMultilevel"/>
    <w:tmpl w:val="9B00F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9C3008D"/>
    <w:multiLevelType w:val="hybridMultilevel"/>
    <w:tmpl w:val="920EC74C"/>
    <w:lvl w:ilvl="0" w:tplc="3BDE37EC">
      <w:start w:val="1"/>
      <w:numFmt w:val="bullet"/>
      <w:lvlText w:val=""/>
      <w:lvlPicBulletId w:val="0"/>
      <w:lvlJc w:val="left"/>
      <w:pPr>
        <w:tabs>
          <w:tab w:val="num" w:pos="720"/>
        </w:tabs>
        <w:ind w:left="720" w:hanging="360"/>
      </w:pPr>
      <w:rPr>
        <w:rFonts w:ascii="Symbol" w:hAnsi="Symbol" w:hint="default"/>
      </w:rPr>
    </w:lvl>
    <w:lvl w:ilvl="1" w:tplc="C0BEACF4" w:tentative="1">
      <w:start w:val="1"/>
      <w:numFmt w:val="bullet"/>
      <w:lvlText w:val=""/>
      <w:lvlJc w:val="left"/>
      <w:pPr>
        <w:tabs>
          <w:tab w:val="num" w:pos="1440"/>
        </w:tabs>
        <w:ind w:left="1440" w:hanging="360"/>
      </w:pPr>
      <w:rPr>
        <w:rFonts w:ascii="Symbol" w:hAnsi="Symbol" w:hint="default"/>
      </w:rPr>
    </w:lvl>
    <w:lvl w:ilvl="2" w:tplc="A7889E12" w:tentative="1">
      <w:start w:val="1"/>
      <w:numFmt w:val="bullet"/>
      <w:lvlText w:val=""/>
      <w:lvlJc w:val="left"/>
      <w:pPr>
        <w:tabs>
          <w:tab w:val="num" w:pos="2160"/>
        </w:tabs>
        <w:ind w:left="2160" w:hanging="360"/>
      </w:pPr>
      <w:rPr>
        <w:rFonts w:ascii="Symbol" w:hAnsi="Symbol" w:hint="default"/>
      </w:rPr>
    </w:lvl>
    <w:lvl w:ilvl="3" w:tplc="9A648D6C" w:tentative="1">
      <w:start w:val="1"/>
      <w:numFmt w:val="bullet"/>
      <w:lvlText w:val=""/>
      <w:lvlJc w:val="left"/>
      <w:pPr>
        <w:tabs>
          <w:tab w:val="num" w:pos="2880"/>
        </w:tabs>
        <w:ind w:left="2880" w:hanging="360"/>
      </w:pPr>
      <w:rPr>
        <w:rFonts w:ascii="Symbol" w:hAnsi="Symbol" w:hint="default"/>
      </w:rPr>
    </w:lvl>
    <w:lvl w:ilvl="4" w:tplc="FE40942A" w:tentative="1">
      <w:start w:val="1"/>
      <w:numFmt w:val="bullet"/>
      <w:lvlText w:val=""/>
      <w:lvlJc w:val="left"/>
      <w:pPr>
        <w:tabs>
          <w:tab w:val="num" w:pos="3600"/>
        </w:tabs>
        <w:ind w:left="3600" w:hanging="360"/>
      </w:pPr>
      <w:rPr>
        <w:rFonts w:ascii="Symbol" w:hAnsi="Symbol" w:hint="default"/>
      </w:rPr>
    </w:lvl>
    <w:lvl w:ilvl="5" w:tplc="78CEEFB2" w:tentative="1">
      <w:start w:val="1"/>
      <w:numFmt w:val="bullet"/>
      <w:lvlText w:val=""/>
      <w:lvlJc w:val="left"/>
      <w:pPr>
        <w:tabs>
          <w:tab w:val="num" w:pos="4320"/>
        </w:tabs>
        <w:ind w:left="4320" w:hanging="360"/>
      </w:pPr>
      <w:rPr>
        <w:rFonts w:ascii="Symbol" w:hAnsi="Symbol" w:hint="default"/>
      </w:rPr>
    </w:lvl>
    <w:lvl w:ilvl="6" w:tplc="49F82092" w:tentative="1">
      <w:start w:val="1"/>
      <w:numFmt w:val="bullet"/>
      <w:lvlText w:val=""/>
      <w:lvlJc w:val="left"/>
      <w:pPr>
        <w:tabs>
          <w:tab w:val="num" w:pos="5040"/>
        </w:tabs>
        <w:ind w:left="5040" w:hanging="360"/>
      </w:pPr>
      <w:rPr>
        <w:rFonts w:ascii="Symbol" w:hAnsi="Symbol" w:hint="default"/>
      </w:rPr>
    </w:lvl>
    <w:lvl w:ilvl="7" w:tplc="D58A9ABC" w:tentative="1">
      <w:start w:val="1"/>
      <w:numFmt w:val="bullet"/>
      <w:lvlText w:val=""/>
      <w:lvlJc w:val="left"/>
      <w:pPr>
        <w:tabs>
          <w:tab w:val="num" w:pos="5760"/>
        </w:tabs>
        <w:ind w:left="5760" w:hanging="360"/>
      </w:pPr>
      <w:rPr>
        <w:rFonts w:ascii="Symbol" w:hAnsi="Symbol" w:hint="default"/>
      </w:rPr>
    </w:lvl>
    <w:lvl w:ilvl="8" w:tplc="B1BCE6B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DA0338F"/>
    <w:multiLevelType w:val="hybridMultilevel"/>
    <w:tmpl w:val="4DC0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8E623E"/>
    <w:multiLevelType w:val="hybridMultilevel"/>
    <w:tmpl w:val="36AE276C"/>
    <w:lvl w:ilvl="0" w:tplc="A0CA163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E4084E"/>
    <w:multiLevelType w:val="hybridMultilevel"/>
    <w:tmpl w:val="295630E6"/>
    <w:lvl w:ilvl="0" w:tplc="7340E2B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65B6"/>
    <w:multiLevelType w:val="hybridMultilevel"/>
    <w:tmpl w:val="1846B7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F36300"/>
    <w:multiLevelType w:val="hybridMultilevel"/>
    <w:tmpl w:val="8D7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DB1F21"/>
    <w:multiLevelType w:val="hybridMultilevel"/>
    <w:tmpl w:val="DEA01C34"/>
    <w:lvl w:ilvl="0" w:tplc="643CE838">
      <w:start w:val="1"/>
      <w:numFmt w:val="bullet"/>
      <w:lvlText w:val=""/>
      <w:lvlPicBulletId w:val="0"/>
      <w:lvlJc w:val="left"/>
      <w:pPr>
        <w:tabs>
          <w:tab w:val="num" w:pos="720"/>
        </w:tabs>
        <w:ind w:left="720" w:hanging="360"/>
      </w:pPr>
      <w:rPr>
        <w:rFonts w:ascii="Symbol" w:hAnsi="Symbol" w:hint="default"/>
      </w:rPr>
    </w:lvl>
    <w:lvl w:ilvl="1" w:tplc="5064665A" w:tentative="1">
      <w:start w:val="1"/>
      <w:numFmt w:val="bullet"/>
      <w:lvlText w:val=""/>
      <w:lvlJc w:val="left"/>
      <w:pPr>
        <w:tabs>
          <w:tab w:val="num" w:pos="1440"/>
        </w:tabs>
        <w:ind w:left="1440" w:hanging="360"/>
      </w:pPr>
      <w:rPr>
        <w:rFonts w:ascii="Symbol" w:hAnsi="Symbol" w:hint="default"/>
      </w:rPr>
    </w:lvl>
    <w:lvl w:ilvl="2" w:tplc="16F28EE8" w:tentative="1">
      <w:start w:val="1"/>
      <w:numFmt w:val="bullet"/>
      <w:lvlText w:val=""/>
      <w:lvlJc w:val="left"/>
      <w:pPr>
        <w:tabs>
          <w:tab w:val="num" w:pos="2160"/>
        </w:tabs>
        <w:ind w:left="2160" w:hanging="360"/>
      </w:pPr>
      <w:rPr>
        <w:rFonts w:ascii="Symbol" w:hAnsi="Symbol" w:hint="default"/>
      </w:rPr>
    </w:lvl>
    <w:lvl w:ilvl="3" w:tplc="D7266AD2" w:tentative="1">
      <w:start w:val="1"/>
      <w:numFmt w:val="bullet"/>
      <w:lvlText w:val=""/>
      <w:lvlJc w:val="left"/>
      <w:pPr>
        <w:tabs>
          <w:tab w:val="num" w:pos="2880"/>
        </w:tabs>
        <w:ind w:left="2880" w:hanging="360"/>
      </w:pPr>
      <w:rPr>
        <w:rFonts w:ascii="Symbol" w:hAnsi="Symbol" w:hint="default"/>
      </w:rPr>
    </w:lvl>
    <w:lvl w:ilvl="4" w:tplc="96C6B420" w:tentative="1">
      <w:start w:val="1"/>
      <w:numFmt w:val="bullet"/>
      <w:lvlText w:val=""/>
      <w:lvlJc w:val="left"/>
      <w:pPr>
        <w:tabs>
          <w:tab w:val="num" w:pos="3600"/>
        </w:tabs>
        <w:ind w:left="3600" w:hanging="360"/>
      </w:pPr>
      <w:rPr>
        <w:rFonts w:ascii="Symbol" w:hAnsi="Symbol" w:hint="default"/>
      </w:rPr>
    </w:lvl>
    <w:lvl w:ilvl="5" w:tplc="C9A4251C" w:tentative="1">
      <w:start w:val="1"/>
      <w:numFmt w:val="bullet"/>
      <w:lvlText w:val=""/>
      <w:lvlJc w:val="left"/>
      <w:pPr>
        <w:tabs>
          <w:tab w:val="num" w:pos="4320"/>
        </w:tabs>
        <w:ind w:left="4320" w:hanging="360"/>
      </w:pPr>
      <w:rPr>
        <w:rFonts w:ascii="Symbol" w:hAnsi="Symbol" w:hint="default"/>
      </w:rPr>
    </w:lvl>
    <w:lvl w:ilvl="6" w:tplc="F9107772" w:tentative="1">
      <w:start w:val="1"/>
      <w:numFmt w:val="bullet"/>
      <w:lvlText w:val=""/>
      <w:lvlJc w:val="left"/>
      <w:pPr>
        <w:tabs>
          <w:tab w:val="num" w:pos="5040"/>
        </w:tabs>
        <w:ind w:left="5040" w:hanging="360"/>
      </w:pPr>
      <w:rPr>
        <w:rFonts w:ascii="Symbol" w:hAnsi="Symbol" w:hint="default"/>
      </w:rPr>
    </w:lvl>
    <w:lvl w:ilvl="7" w:tplc="AB729FCC" w:tentative="1">
      <w:start w:val="1"/>
      <w:numFmt w:val="bullet"/>
      <w:lvlText w:val=""/>
      <w:lvlJc w:val="left"/>
      <w:pPr>
        <w:tabs>
          <w:tab w:val="num" w:pos="5760"/>
        </w:tabs>
        <w:ind w:left="5760" w:hanging="360"/>
      </w:pPr>
      <w:rPr>
        <w:rFonts w:ascii="Symbol" w:hAnsi="Symbol" w:hint="default"/>
      </w:rPr>
    </w:lvl>
    <w:lvl w:ilvl="8" w:tplc="BBE0F81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2416EFA"/>
    <w:multiLevelType w:val="hybridMultilevel"/>
    <w:tmpl w:val="75281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47AF4C0C"/>
    <w:multiLevelType w:val="hybridMultilevel"/>
    <w:tmpl w:val="2300076E"/>
    <w:lvl w:ilvl="0" w:tplc="04090001">
      <w:start w:val="1"/>
      <w:numFmt w:val="bullet"/>
      <w:lvlText w:val=""/>
      <w:lvlJc w:val="left"/>
      <w:pPr>
        <w:ind w:left="533" w:hanging="360"/>
      </w:pPr>
      <w:rPr>
        <w:rFonts w:ascii="Symbol" w:hAnsi="Symbol" w:hint="default"/>
      </w:rPr>
    </w:lvl>
    <w:lvl w:ilvl="1" w:tplc="5484A442">
      <w:numFmt w:val="bullet"/>
      <w:lvlText w:val="•"/>
      <w:lvlJc w:val="left"/>
      <w:pPr>
        <w:ind w:left="1253" w:hanging="360"/>
      </w:pPr>
      <w:rPr>
        <w:rFonts w:ascii="Arial" w:eastAsia="Arial" w:hAnsi="Arial" w:cs="Arial" w:hint="default"/>
        <w:b/>
        <w:color w:val="0B6A8E"/>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23" w15:restartNumberingAfterBreak="0">
    <w:nsid w:val="49D00259"/>
    <w:multiLevelType w:val="hybridMultilevel"/>
    <w:tmpl w:val="9E301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112A83"/>
    <w:multiLevelType w:val="hybridMultilevel"/>
    <w:tmpl w:val="AFF031D6"/>
    <w:lvl w:ilvl="0" w:tplc="5F606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D36EDD"/>
    <w:multiLevelType w:val="hybridMultilevel"/>
    <w:tmpl w:val="D070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C3C33"/>
    <w:multiLevelType w:val="hybridMultilevel"/>
    <w:tmpl w:val="CAEEB796"/>
    <w:lvl w:ilvl="0" w:tplc="95682A28">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7A7F3A14"/>
    <w:multiLevelType w:val="hybridMultilevel"/>
    <w:tmpl w:val="C57A5D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674537">
    <w:abstractNumId w:val="5"/>
  </w:num>
  <w:num w:numId="2" w16cid:durableId="28334899">
    <w:abstractNumId w:val="3"/>
  </w:num>
  <w:num w:numId="3" w16cid:durableId="1736005411">
    <w:abstractNumId w:val="2"/>
  </w:num>
  <w:num w:numId="4" w16cid:durableId="432668808">
    <w:abstractNumId w:val="4"/>
  </w:num>
  <w:num w:numId="5" w16cid:durableId="615140436">
    <w:abstractNumId w:val="1"/>
  </w:num>
  <w:num w:numId="6" w16cid:durableId="538784945">
    <w:abstractNumId w:val="0"/>
  </w:num>
  <w:num w:numId="7" w16cid:durableId="873731451">
    <w:abstractNumId w:val="22"/>
  </w:num>
  <w:num w:numId="8" w16cid:durableId="1549488845">
    <w:abstractNumId w:val="23"/>
  </w:num>
  <w:num w:numId="9" w16cid:durableId="1196767399">
    <w:abstractNumId w:val="16"/>
  </w:num>
  <w:num w:numId="10" w16cid:durableId="1296790646">
    <w:abstractNumId w:val="19"/>
  </w:num>
  <w:num w:numId="11" w16cid:durableId="651830511">
    <w:abstractNumId w:val="17"/>
  </w:num>
  <w:num w:numId="12" w16cid:durableId="1761828656">
    <w:abstractNumId w:val="8"/>
  </w:num>
  <w:num w:numId="13" w16cid:durableId="1743408071">
    <w:abstractNumId w:val="24"/>
  </w:num>
  <w:num w:numId="14" w16cid:durableId="883444524">
    <w:abstractNumId w:val="14"/>
  </w:num>
  <w:num w:numId="15" w16cid:durableId="431703261">
    <w:abstractNumId w:val="20"/>
  </w:num>
  <w:num w:numId="16" w16cid:durableId="1373766868">
    <w:abstractNumId w:val="10"/>
  </w:num>
  <w:num w:numId="17" w16cid:durableId="1412509135">
    <w:abstractNumId w:val="18"/>
  </w:num>
  <w:num w:numId="18" w16cid:durableId="1308164576">
    <w:abstractNumId w:val="13"/>
  </w:num>
  <w:num w:numId="19" w16cid:durableId="756749686">
    <w:abstractNumId w:val="9"/>
  </w:num>
  <w:num w:numId="20" w16cid:durableId="1053961821">
    <w:abstractNumId w:val="25"/>
  </w:num>
  <w:num w:numId="21" w16cid:durableId="1605384869">
    <w:abstractNumId w:val="21"/>
  </w:num>
  <w:num w:numId="22" w16cid:durableId="674385199">
    <w:abstractNumId w:val="26"/>
  </w:num>
  <w:num w:numId="23" w16cid:durableId="947587956">
    <w:abstractNumId w:val="12"/>
  </w:num>
  <w:num w:numId="24" w16cid:durableId="1465005923">
    <w:abstractNumId w:val="11"/>
  </w:num>
  <w:num w:numId="25" w16cid:durableId="1952397141">
    <w:abstractNumId w:val="6"/>
  </w:num>
  <w:num w:numId="26" w16cid:durableId="252904268">
    <w:abstractNumId w:val="15"/>
  </w:num>
  <w:num w:numId="27" w16cid:durableId="1641616326">
    <w:abstractNumId w:val="7"/>
  </w:num>
  <w:num w:numId="28" w16cid:durableId="509760663">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CA"/>
    <w:rsid w:val="00013B5E"/>
    <w:rsid w:val="00021F6F"/>
    <w:rsid w:val="00026DFB"/>
    <w:rsid w:val="00034616"/>
    <w:rsid w:val="000360DA"/>
    <w:rsid w:val="00042D73"/>
    <w:rsid w:val="00047D96"/>
    <w:rsid w:val="000528CB"/>
    <w:rsid w:val="0005401A"/>
    <w:rsid w:val="00057114"/>
    <w:rsid w:val="0006059A"/>
    <w:rsid w:val="0006063C"/>
    <w:rsid w:val="00064363"/>
    <w:rsid w:val="000703E4"/>
    <w:rsid w:val="00092671"/>
    <w:rsid w:val="00094944"/>
    <w:rsid w:val="000A2283"/>
    <w:rsid w:val="000B30DD"/>
    <w:rsid w:val="000B5D58"/>
    <w:rsid w:val="000C596C"/>
    <w:rsid w:val="000C5C73"/>
    <w:rsid w:val="000C6266"/>
    <w:rsid w:val="000C6574"/>
    <w:rsid w:val="000D5485"/>
    <w:rsid w:val="000F3C7A"/>
    <w:rsid w:val="000F4581"/>
    <w:rsid w:val="000F528D"/>
    <w:rsid w:val="000F593F"/>
    <w:rsid w:val="001221CE"/>
    <w:rsid w:val="001225E6"/>
    <w:rsid w:val="001256E3"/>
    <w:rsid w:val="00127EA0"/>
    <w:rsid w:val="001307EC"/>
    <w:rsid w:val="0013249C"/>
    <w:rsid w:val="00132D99"/>
    <w:rsid w:val="00147B04"/>
    <w:rsid w:val="0015074B"/>
    <w:rsid w:val="00151746"/>
    <w:rsid w:val="00151D94"/>
    <w:rsid w:val="001560FC"/>
    <w:rsid w:val="001575B8"/>
    <w:rsid w:val="0017433F"/>
    <w:rsid w:val="00175A4C"/>
    <w:rsid w:val="00181483"/>
    <w:rsid w:val="00191E57"/>
    <w:rsid w:val="00193C67"/>
    <w:rsid w:val="001B0386"/>
    <w:rsid w:val="001B5044"/>
    <w:rsid w:val="001C645E"/>
    <w:rsid w:val="001C7299"/>
    <w:rsid w:val="001D5B18"/>
    <w:rsid w:val="00202CD6"/>
    <w:rsid w:val="00204552"/>
    <w:rsid w:val="002079F2"/>
    <w:rsid w:val="00207FAD"/>
    <w:rsid w:val="00211D9C"/>
    <w:rsid w:val="00216197"/>
    <w:rsid w:val="00217662"/>
    <w:rsid w:val="00225321"/>
    <w:rsid w:val="002321E3"/>
    <w:rsid w:val="00232878"/>
    <w:rsid w:val="00242B6C"/>
    <w:rsid w:val="00247984"/>
    <w:rsid w:val="00253518"/>
    <w:rsid w:val="00253AEA"/>
    <w:rsid w:val="00254E7B"/>
    <w:rsid w:val="0026749A"/>
    <w:rsid w:val="00270B9C"/>
    <w:rsid w:val="00277285"/>
    <w:rsid w:val="0029038F"/>
    <w:rsid w:val="00290CAC"/>
    <w:rsid w:val="0029639D"/>
    <w:rsid w:val="002A3910"/>
    <w:rsid w:val="002C2D54"/>
    <w:rsid w:val="002D5080"/>
    <w:rsid w:val="002E05EB"/>
    <w:rsid w:val="002F742D"/>
    <w:rsid w:val="002F74E1"/>
    <w:rsid w:val="002F7CD4"/>
    <w:rsid w:val="00300F6C"/>
    <w:rsid w:val="00302FB0"/>
    <w:rsid w:val="00306539"/>
    <w:rsid w:val="00320B16"/>
    <w:rsid w:val="003221CE"/>
    <w:rsid w:val="00326F90"/>
    <w:rsid w:val="00327D4C"/>
    <w:rsid w:val="00331197"/>
    <w:rsid w:val="003372FC"/>
    <w:rsid w:val="00347A19"/>
    <w:rsid w:val="00354D75"/>
    <w:rsid w:val="00356345"/>
    <w:rsid w:val="003620D0"/>
    <w:rsid w:val="0037504D"/>
    <w:rsid w:val="003811E6"/>
    <w:rsid w:val="00393352"/>
    <w:rsid w:val="0039654E"/>
    <w:rsid w:val="00397598"/>
    <w:rsid w:val="003A04E5"/>
    <w:rsid w:val="003A08BF"/>
    <w:rsid w:val="003B508F"/>
    <w:rsid w:val="003C488A"/>
    <w:rsid w:val="003C4C6D"/>
    <w:rsid w:val="003C636F"/>
    <w:rsid w:val="003D7D27"/>
    <w:rsid w:val="003E1AB0"/>
    <w:rsid w:val="003E2660"/>
    <w:rsid w:val="003E2F03"/>
    <w:rsid w:val="003F2EFF"/>
    <w:rsid w:val="003F66C3"/>
    <w:rsid w:val="003F7A5D"/>
    <w:rsid w:val="00400937"/>
    <w:rsid w:val="0040181A"/>
    <w:rsid w:val="0041089A"/>
    <w:rsid w:val="0041337F"/>
    <w:rsid w:val="004311E3"/>
    <w:rsid w:val="0043321C"/>
    <w:rsid w:val="00441143"/>
    <w:rsid w:val="00444798"/>
    <w:rsid w:val="00445A95"/>
    <w:rsid w:val="00452191"/>
    <w:rsid w:val="004523D0"/>
    <w:rsid w:val="00456C1D"/>
    <w:rsid w:val="00462235"/>
    <w:rsid w:val="00485C49"/>
    <w:rsid w:val="00496273"/>
    <w:rsid w:val="004A49BE"/>
    <w:rsid w:val="004B38BD"/>
    <w:rsid w:val="004B6B66"/>
    <w:rsid w:val="004B79D6"/>
    <w:rsid w:val="004C4F57"/>
    <w:rsid w:val="004D5832"/>
    <w:rsid w:val="00501A8D"/>
    <w:rsid w:val="00501AF5"/>
    <w:rsid w:val="00502774"/>
    <w:rsid w:val="00503494"/>
    <w:rsid w:val="00507303"/>
    <w:rsid w:val="00513EFF"/>
    <w:rsid w:val="00516D9F"/>
    <w:rsid w:val="00521075"/>
    <w:rsid w:val="0052158B"/>
    <w:rsid w:val="00527B59"/>
    <w:rsid w:val="00535A0B"/>
    <w:rsid w:val="00535E59"/>
    <w:rsid w:val="00541C9A"/>
    <w:rsid w:val="00547084"/>
    <w:rsid w:val="00547915"/>
    <w:rsid w:val="00551623"/>
    <w:rsid w:val="0055607F"/>
    <w:rsid w:val="00565BA9"/>
    <w:rsid w:val="00573678"/>
    <w:rsid w:val="00584307"/>
    <w:rsid w:val="00585B64"/>
    <w:rsid w:val="00587AEB"/>
    <w:rsid w:val="00592356"/>
    <w:rsid w:val="005A295F"/>
    <w:rsid w:val="005A37B4"/>
    <w:rsid w:val="005A6837"/>
    <w:rsid w:val="005C7C12"/>
    <w:rsid w:val="005D12C1"/>
    <w:rsid w:val="005D14B5"/>
    <w:rsid w:val="005D3496"/>
    <w:rsid w:val="005D4D68"/>
    <w:rsid w:val="005E3758"/>
    <w:rsid w:val="005E501D"/>
    <w:rsid w:val="005F0D26"/>
    <w:rsid w:val="005F2C12"/>
    <w:rsid w:val="006507AA"/>
    <w:rsid w:val="00650DA2"/>
    <w:rsid w:val="006511E6"/>
    <w:rsid w:val="006512A7"/>
    <w:rsid w:val="00656AC9"/>
    <w:rsid w:val="0066050A"/>
    <w:rsid w:val="006609AD"/>
    <w:rsid w:val="00673D7E"/>
    <w:rsid w:val="006846AC"/>
    <w:rsid w:val="00687B42"/>
    <w:rsid w:val="00687C38"/>
    <w:rsid w:val="006A615F"/>
    <w:rsid w:val="006B70BF"/>
    <w:rsid w:val="006C5F15"/>
    <w:rsid w:val="006D71D5"/>
    <w:rsid w:val="006E73AA"/>
    <w:rsid w:val="006F180E"/>
    <w:rsid w:val="00721201"/>
    <w:rsid w:val="007231D7"/>
    <w:rsid w:val="00730CCD"/>
    <w:rsid w:val="0073106D"/>
    <w:rsid w:val="0073246E"/>
    <w:rsid w:val="00742F1D"/>
    <w:rsid w:val="00751553"/>
    <w:rsid w:val="0075203E"/>
    <w:rsid w:val="00754D6C"/>
    <w:rsid w:val="00763068"/>
    <w:rsid w:val="00766EF4"/>
    <w:rsid w:val="00774486"/>
    <w:rsid w:val="00774CF3"/>
    <w:rsid w:val="007802B9"/>
    <w:rsid w:val="007921A3"/>
    <w:rsid w:val="00793B43"/>
    <w:rsid w:val="00794A2B"/>
    <w:rsid w:val="00796961"/>
    <w:rsid w:val="007A3157"/>
    <w:rsid w:val="007B0C26"/>
    <w:rsid w:val="007B5561"/>
    <w:rsid w:val="007B6773"/>
    <w:rsid w:val="007C127F"/>
    <w:rsid w:val="007D0B9A"/>
    <w:rsid w:val="007D42ED"/>
    <w:rsid w:val="007D478D"/>
    <w:rsid w:val="007D4FF4"/>
    <w:rsid w:val="007E6BC3"/>
    <w:rsid w:val="007E7AB2"/>
    <w:rsid w:val="00810CD1"/>
    <w:rsid w:val="00816B36"/>
    <w:rsid w:val="008337A3"/>
    <w:rsid w:val="00842FE6"/>
    <w:rsid w:val="00845AA9"/>
    <w:rsid w:val="00850744"/>
    <w:rsid w:val="00860DA7"/>
    <w:rsid w:val="00861D39"/>
    <w:rsid w:val="00872EF6"/>
    <w:rsid w:val="00873E24"/>
    <w:rsid w:val="00875D46"/>
    <w:rsid w:val="00880701"/>
    <w:rsid w:val="008876D3"/>
    <w:rsid w:val="00887B70"/>
    <w:rsid w:val="00894BAB"/>
    <w:rsid w:val="00896C1C"/>
    <w:rsid w:val="008A0FCB"/>
    <w:rsid w:val="008A7CD4"/>
    <w:rsid w:val="008C6D31"/>
    <w:rsid w:val="008D763D"/>
    <w:rsid w:val="008D7F07"/>
    <w:rsid w:val="008E1405"/>
    <w:rsid w:val="008F0D06"/>
    <w:rsid w:val="009066BA"/>
    <w:rsid w:val="0091195B"/>
    <w:rsid w:val="0091781C"/>
    <w:rsid w:val="009430F1"/>
    <w:rsid w:val="00943309"/>
    <w:rsid w:val="00944B56"/>
    <w:rsid w:val="0094538D"/>
    <w:rsid w:val="00947CCD"/>
    <w:rsid w:val="00951E56"/>
    <w:rsid w:val="00952EFD"/>
    <w:rsid w:val="00960646"/>
    <w:rsid w:val="00961798"/>
    <w:rsid w:val="00965A38"/>
    <w:rsid w:val="00972C77"/>
    <w:rsid w:val="00977522"/>
    <w:rsid w:val="00977743"/>
    <w:rsid w:val="0098295F"/>
    <w:rsid w:val="00982C44"/>
    <w:rsid w:val="00985F4A"/>
    <w:rsid w:val="009904F5"/>
    <w:rsid w:val="00992CB2"/>
    <w:rsid w:val="00992FC7"/>
    <w:rsid w:val="00994617"/>
    <w:rsid w:val="009A0122"/>
    <w:rsid w:val="009A14A9"/>
    <w:rsid w:val="009A2B9D"/>
    <w:rsid w:val="009B2FE3"/>
    <w:rsid w:val="009B5452"/>
    <w:rsid w:val="009C59A7"/>
    <w:rsid w:val="009D303C"/>
    <w:rsid w:val="009E18BA"/>
    <w:rsid w:val="009E1DD4"/>
    <w:rsid w:val="009F293C"/>
    <w:rsid w:val="009F4C11"/>
    <w:rsid w:val="009F7876"/>
    <w:rsid w:val="00A117E8"/>
    <w:rsid w:val="00A129C4"/>
    <w:rsid w:val="00A215F1"/>
    <w:rsid w:val="00A230EC"/>
    <w:rsid w:val="00A241A3"/>
    <w:rsid w:val="00A45D93"/>
    <w:rsid w:val="00A52AE2"/>
    <w:rsid w:val="00A60130"/>
    <w:rsid w:val="00A63F07"/>
    <w:rsid w:val="00A70C4F"/>
    <w:rsid w:val="00A734BD"/>
    <w:rsid w:val="00A74E2E"/>
    <w:rsid w:val="00A7613A"/>
    <w:rsid w:val="00A77304"/>
    <w:rsid w:val="00A83FF9"/>
    <w:rsid w:val="00A919C8"/>
    <w:rsid w:val="00AA1D8D"/>
    <w:rsid w:val="00AA35D5"/>
    <w:rsid w:val="00AA61B2"/>
    <w:rsid w:val="00AA6653"/>
    <w:rsid w:val="00AB03C0"/>
    <w:rsid w:val="00AB235A"/>
    <w:rsid w:val="00AB61B6"/>
    <w:rsid w:val="00AC2270"/>
    <w:rsid w:val="00AC4FD5"/>
    <w:rsid w:val="00AE2F2A"/>
    <w:rsid w:val="00AF02F1"/>
    <w:rsid w:val="00AF079D"/>
    <w:rsid w:val="00AF5ECC"/>
    <w:rsid w:val="00B12174"/>
    <w:rsid w:val="00B14C9A"/>
    <w:rsid w:val="00B16464"/>
    <w:rsid w:val="00B20A32"/>
    <w:rsid w:val="00B264D2"/>
    <w:rsid w:val="00B346F8"/>
    <w:rsid w:val="00B42E73"/>
    <w:rsid w:val="00B47730"/>
    <w:rsid w:val="00B57862"/>
    <w:rsid w:val="00B57AFE"/>
    <w:rsid w:val="00B62511"/>
    <w:rsid w:val="00B651D4"/>
    <w:rsid w:val="00B6558D"/>
    <w:rsid w:val="00B728CD"/>
    <w:rsid w:val="00B7360A"/>
    <w:rsid w:val="00B842D8"/>
    <w:rsid w:val="00B95C1B"/>
    <w:rsid w:val="00B9666A"/>
    <w:rsid w:val="00BA3D84"/>
    <w:rsid w:val="00BA53C8"/>
    <w:rsid w:val="00BD356C"/>
    <w:rsid w:val="00BE0B51"/>
    <w:rsid w:val="00BF2DF1"/>
    <w:rsid w:val="00BF7DA0"/>
    <w:rsid w:val="00C00A32"/>
    <w:rsid w:val="00C13DC2"/>
    <w:rsid w:val="00C21278"/>
    <w:rsid w:val="00C403C9"/>
    <w:rsid w:val="00C439C7"/>
    <w:rsid w:val="00C4450B"/>
    <w:rsid w:val="00C45C75"/>
    <w:rsid w:val="00C475E2"/>
    <w:rsid w:val="00C546A2"/>
    <w:rsid w:val="00C5691F"/>
    <w:rsid w:val="00C57C5E"/>
    <w:rsid w:val="00C72432"/>
    <w:rsid w:val="00C73271"/>
    <w:rsid w:val="00C73C65"/>
    <w:rsid w:val="00C75D26"/>
    <w:rsid w:val="00C821B3"/>
    <w:rsid w:val="00C908CF"/>
    <w:rsid w:val="00C93833"/>
    <w:rsid w:val="00C949E9"/>
    <w:rsid w:val="00C96E96"/>
    <w:rsid w:val="00CA308E"/>
    <w:rsid w:val="00CB0664"/>
    <w:rsid w:val="00CB72F0"/>
    <w:rsid w:val="00CC0583"/>
    <w:rsid w:val="00CC38C2"/>
    <w:rsid w:val="00CC762E"/>
    <w:rsid w:val="00CD08C9"/>
    <w:rsid w:val="00CD35B2"/>
    <w:rsid w:val="00CD3E8E"/>
    <w:rsid w:val="00CD73C2"/>
    <w:rsid w:val="00CE219B"/>
    <w:rsid w:val="00CF48C5"/>
    <w:rsid w:val="00D00E33"/>
    <w:rsid w:val="00D05600"/>
    <w:rsid w:val="00D05B35"/>
    <w:rsid w:val="00D10352"/>
    <w:rsid w:val="00D14342"/>
    <w:rsid w:val="00D14A17"/>
    <w:rsid w:val="00D17BCA"/>
    <w:rsid w:val="00D22BAB"/>
    <w:rsid w:val="00D22DFB"/>
    <w:rsid w:val="00D30742"/>
    <w:rsid w:val="00D37B85"/>
    <w:rsid w:val="00D42118"/>
    <w:rsid w:val="00D42CB1"/>
    <w:rsid w:val="00D46A8D"/>
    <w:rsid w:val="00D473D6"/>
    <w:rsid w:val="00D47F98"/>
    <w:rsid w:val="00D56E02"/>
    <w:rsid w:val="00D61C54"/>
    <w:rsid w:val="00D6290A"/>
    <w:rsid w:val="00D64A41"/>
    <w:rsid w:val="00D65FDA"/>
    <w:rsid w:val="00D72832"/>
    <w:rsid w:val="00D75CE0"/>
    <w:rsid w:val="00D81ABB"/>
    <w:rsid w:val="00D911DB"/>
    <w:rsid w:val="00DA1B41"/>
    <w:rsid w:val="00DA48F8"/>
    <w:rsid w:val="00DC1737"/>
    <w:rsid w:val="00DC3EC9"/>
    <w:rsid w:val="00DC5B72"/>
    <w:rsid w:val="00DE4E7F"/>
    <w:rsid w:val="00DE5EB5"/>
    <w:rsid w:val="00DE6EB1"/>
    <w:rsid w:val="00DF0F2C"/>
    <w:rsid w:val="00DF13D1"/>
    <w:rsid w:val="00DF2712"/>
    <w:rsid w:val="00DF2E06"/>
    <w:rsid w:val="00DF388D"/>
    <w:rsid w:val="00DF746D"/>
    <w:rsid w:val="00E23445"/>
    <w:rsid w:val="00E24F22"/>
    <w:rsid w:val="00E25ED9"/>
    <w:rsid w:val="00E268D5"/>
    <w:rsid w:val="00E31408"/>
    <w:rsid w:val="00E3391F"/>
    <w:rsid w:val="00E432AB"/>
    <w:rsid w:val="00E530EC"/>
    <w:rsid w:val="00E54FF6"/>
    <w:rsid w:val="00E63445"/>
    <w:rsid w:val="00E66BCD"/>
    <w:rsid w:val="00E67D71"/>
    <w:rsid w:val="00E71DA1"/>
    <w:rsid w:val="00E7591C"/>
    <w:rsid w:val="00E760BD"/>
    <w:rsid w:val="00E80058"/>
    <w:rsid w:val="00E91228"/>
    <w:rsid w:val="00E966B8"/>
    <w:rsid w:val="00EA53B1"/>
    <w:rsid w:val="00EA6435"/>
    <w:rsid w:val="00EB3974"/>
    <w:rsid w:val="00EB40A0"/>
    <w:rsid w:val="00EB6EEF"/>
    <w:rsid w:val="00EE42A0"/>
    <w:rsid w:val="00EF3E19"/>
    <w:rsid w:val="00EF421C"/>
    <w:rsid w:val="00EF60F1"/>
    <w:rsid w:val="00EF728E"/>
    <w:rsid w:val="00F014F4"/>
    <w:rsid w:val="00F121B8"/>
    <w:rsid w:val="00F14BAC"/>
    <w:rsid w:val="00F23C94"/>
    <w:rsid w:val="00F45A91"/>
    <w:rsid w:val="00F50B36"/>
    <w:rsid w:val="00F65462"/>
    <w:rsid w:val="00F66025"/>
    <w:rsid w:val="00F66215"/>
    <w:rsid w:val="00F748B8"/>
    <w:rsid w:val="00F80412"/>
    <w:rsid w:val="00F823C1"/>
    <w:rsid w:val="00F860FA"/>
    <w:rsid w:val="00F88C5A"/>
    <w:rsid w:val="00FA4AE0"/>
    <w:rsid w:val="00FB2BBA"/>
    <w:rsid w:val="00FB5DB9"/>
    <w:rsid w:val="00FB65F3"/>
    <w:rsid w:val="00FC693F"/>
    <w:rsid w:val="00FD19BB"/>
    <w:rsid w:val="00FD29FE"/>
    <w:rsid w:val="00FE21B9"/>
    <w:rsid w:val="00FF1AB2"/>
    <w:rsid w:val="018BD137"/>
    <w:rsid w:val="01BF3372"/>
    <w:rsid w:val="024545EA"/>
    <w:rsid w:val="0286B660"/>
    <w:rsid w:val="0468112A"/>
    <w:rsid w:val="04C3E956"/>
    <w:rsid w:val="061FF44A"/>
    <w:rsid w:val="073327E6"/>
    <w:rsid w:val="073F4DF4"/>
    <w:rsid w:val="0774E203"/>
    <w:rsid w:val="078519D0"/>
    <w:rsid w:val="08560500"/>
    <w:rsid w:val="095E9775"/>
    <w:rsid w:val="09BCE8A1"/>
    <w:rsid w:val="0C4B4A7F"/>
    <w:rsid w:val="0DDC79CD"/>
    <w:rsid w:val="0E32AE78"/>
    <w:rsid w:val="0F06F5F1"/>
    <w:rsid w:val="108E76C4"/>
    <w:rsid w:val="1435AE1B"/>
    <w:rsid w:val="154DF04F"/>
    <w:rsid w:val="1B244D68"/>
    <w:rsid w:val="1BA2A551"/>
    <w:rsid w:val="1CAA9BF5"/>
    <w:rsid w:val="1DDD1F12"/>
    <w:rsid w:val="1F803363"/>
    <w:rsid w:val="21DBC5B2"/>
    <w:rsid w:val="22022824"/>
    <w:rsid w:val="22B3B555"/>
    <w:rsid w:val="22E070CC"/>
    <w:rsid w:val="24D4212A"/>
    <w:rsid w:val="2553A6B2"/>
    <w:rsid w:val="26129EE3"/>
    <w:rsid w:val="2711E020"/>
    <w:rsid w:val="2773579C"/>
    <w:rsid w:val="278CF09B"/>
    <w:rsid w:val="279FD726"/>
    <w:rsid w:val="27EE17AB"/>
    <w:rsid w:val="296E2958"/>
    <w:rsid w:val="29C4B695"/>
    <w:rsid w:val="2B735D33"/>
    <w:rsid w:val="2BCE52F5"/>
    <w:rsid w:val="2D1C8F96"/>
    <w:rsid w:val="2D205076"/>
    <w:rsid w:val="2D21555B"/>
    <w:rsid w:val="2DA58BDC"/>
    <w:rsid w:val="2DCFCC11"/>
    <w:rsid w:val="2E5988CA"/>
    <w:rsid w:val="30A738F6"/>
    <w:rsid w:val="34380F11"/>
    <w:rsid w:val="34B2E29C"/>
    <w:rsid w:val="351E6985"/>
    <w:rsid w:val="38EC688E"/>
    <w:rsid w:val="3989ACD3"/>
    <w:rsid w:val="3B35FAB8"/>
    <w:rsid w:val="3BDBACC2"/>
    <w:rsid w:val="3D56787E"/>
    <w:rsid w:val="3E9033D8"/>
    <w:rsid w:val="3FA906C4"/>
    <w:rsid w:val="40CC2886"/>
    <w:rsid w:val="414A5901"/>
    <w:rsid w:val="42EB9F0B"/>
    <w:rsid w:val="43AF89EE"/>
    <w:rsid w:val="43F55EE6"/>
    <w:rsid w:val="47B8C1F2"/>
    <w:rsid w:val="4BB75D3C"/>
    <w:rsid w:val="4D30ED30"/>
    <w:rsid w:val="4DE36F20"/>
    <w:rsid w:val="4F60004D"/>
    <w:rsid w:val="4F6D6AC1"/>
    <w:rsid w:val="4F91B49C"/>
    <w:rsid w:val="50380283"/>
    <w:rsid w:val="50D78DB5"/>
    <w:rsid w:val="5413304E"/>
    <w:rsid w:val="58D1AE5D"/>
    <w:rsid w:val="594E9EE6"/>
    <w:rsid w:val="59C038E1"/>
    <w:rsid w:val="59EFBE53"/>
    <w:rsid w:val="5B8EC06E"/>
    <w:rsid w:val="5DF9C679"/>
    <w:rsid w:val="5E03CC5F"/>
    <w:rsid w:val="5E21E5B9"/>
    <w:rsid w:val="5F6FA7EA"/>
    <w:rsid w:val="65BC2E58"/>
    <w:rsid w:val="662FD8F5"/>
    <w:rsid w:val="6668D8D7"/>
    <w:rsid w:val="67ABD660"/>
    <w:rsid w:val="684666B3"/>
    <w:rsid w:val="692CA749"/>
    <w:rsid w:val="69E977B3"/>
    <w:rsid w:val="6B2B73A7"/>
    <w:rsid w:val="6DC558A0"/>
    <w:rsid w:val="6DF38CE8"/>
    <w:rsid w:val="6DFEEED4"/>
    <w:rsid w:val="6F35AFFE"/>
    <w:rsid w:val="70A57218"/>
    <w:rsid w:val="71E9BCFC"/>
    <w:rsid w:val="73561B62"/>
    <w:rsid w:val="751C9323"/>
    <w:rsid w:val="759D8E44"/>
    <w:rsid w:val="77FC7DEC"/>
    <w:rsid w:val="781F8B32"/>
    <w:rsid w:val="790D8795"/>
    <w:rsid w:val="7C7991F0"/>
    <w:rsid w:val="7D928AA1"/>
    <w:rsid w:val="7DD4D220"/>
    <w:rsid w:val="7E03ECA5"/>
    <w:rsid w:val="7ED5CE82"/>
    <w:rsid w:val="7F97C9FB"/>
    <w:rsid w:val="7FBF27EC"/>
    <w:rsid w:val="7FF858A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78B96D"/>
  <w14:defaultImageDpi w14:val="300"/>
  <w15:docId w15:val="{A09BC02D-33D0-4744-BAA5-D02E2ACC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9C"/>
    <w:pPr>
      <w:spacing w:after="120" w:line="278" w:lineRule="auto"/>
    </w:pPr>
    <w:rPr>
      <w:rFonts w:ascii="Arial" w:eastAsia="Arial" w:hAnsi="Arial"/>
      <w:color w:val="17365D" w:themeColor="text2" w:themeShade="BF"/>
    </w:rPr>
  </w:style>
  <w:style w:type="paragraph" w:styleId="Heading1">
    <w:name w:val="heading 1"/>
    <w:basedOn w:val="Title"/>
    <w:next w:val="Normal"/>
    <w:link w:val="Heading1Char"/>
    <w:uiPriority w:val="9"/>
    <w:qFormat/>
    <w:rsid w:val="006A615F"/>
    <w:pPr>
      <w:outlineLvl w:val="0"/>
    </w:pPr>
    <w:rPr>
      <w:sz w:val="56"/>
      <w:szCs w:val="56"/>
    </w:rPr>
  </w:style>
  <w:style w:type="paragraph" w:styleId="Heading2">
    <w:name w:val="heading 2"/>
    <w:basedOn w:val="Normal"/>
    <w:next w:val="Normal"/>
    <w:link w:val="Heading2Char"/>
    <w:uiPriority w:val="9"/>
    <w:unhideWhenUsed/>
    <w:qFormat/>
    <w:rsid w:val="00270B9C"/>
    <w:pPr>
      <w:keepNext/>
      <w:keepLines/>
      <w:spacing w:before="240"/>
      <w:outlineLvl w:val="1"/>
    </w:pPr>
    <w:rPr>
      <w:rFonts w:eastAsiaTheme="majorEastAsia" w:cstheme="majorBidi"/>
      <w:b/>
      <w:bCs/>
      <w:sz w:val="40"/>
      <w:szCs w:val="26"/>
    </w:rPr>
  </w:style>
  <w:style w:type="paragraph" w:styleId="Heading3">
    <w:name w:val="heading 3"/>
    <w:basedOn w:val="Normal"/>
    <w:next w:val="Normal"/>
    <w:link w:val="Heading3Char"/>
    <w:uiPriority w:val="9"/>
    <w:unhideWhenUsed/>
    <w:qFormat/>
    <w:rsid w:val="00270B9C"/>
    <w:pPr>
      <w:keepNext/>
      <w:keepLines/>
      <w:spacing w:before="180" w:after="80"/>
      <w:outlineLvl w:val="2"/>
    </w:pPr>
    <w:rPr>
      <w:rFonts w:eastAsiaTheme="majorEastAsia" w:cstheme="majorBidi"/>
      <w:b/>
      <w:bCs/>
      <w:sz w:val="36"/>
      <w:szCs w:val="36"/>
    </w:rPr>
  </w:style>
  <w:style w:type="paragraph" w:styleId="Heading4">
    <w:name w:val="heading 4"/>
    <w:basedOn w:val="Normal"/>
    <w:next w:val="Normal"/>
    <w:link w:val="Heading4Char"/>
    <w:uiPriority w:val="9"/>
    <w:unhideWhenUsed/>
    <w:qFormat/>
    <w:rsid w:val="001C7299"/>
    <w:pPr>
      <w:keepNext/>
      <w:keepLines/>
      <w:spacing w:before="140" w:after="60"/>
      <w:outlineLvl w:val="3"/>
    </w:pPr>
    <w:rPr>
      <w:rFonts w:eastAsiaTheme="majorEastAsia" w:cstheme="majorBidi"/>
      <w:b/>
      <w:bCs/>
      <w:i/>
      <w:iCs/>
      <w:sz w:val="32"/>
      <w:szCs w:val="32"/>
    </w:rPr>
  </w:style>
  <w:style w:type="paragraph" w:styleId="Heading5">
    <w:name w:val="heading 5"/>
    <w:basedOn w:val="Normal"/>
    <w:next w:val="Normal"/>
    <w:link w:val="Heading5Char"/>
    <w:uiPriority w:val="9"/>
    <w:unhideWhenUsed/>
    <w:qFormat/>
    <w:rsid w:val="001C7299"/>
    <w:pPr>
      <w:keepNext/>
      <w:keepLines/>
      <w:spacing w:before="200"/>
      <w:outlineLvl w:val="4"/>
    </w:pPr>
    <w:rPr>
      <w:rFonts w:eastAsiaTheme="majorEastAsia" w:cstheme="majorBidi"/>
      <w:i/>
      <w:iCs/>
      <w:color w:val="1F497D" w:themeColor="text2"/>
      <w:sz w:val="28"/>
      <w:szCs w:val="28"/>
    </w:rPr>
  </w:style>
  <w:style w:type="paragraph" w:styleId="Heading6">
    <w:name w:val="heading 6"/>
    <w:basedOn w:val="Normal"/>
    <w:next w:val="Normal"/>
    <w:link w:val="Heading6Char"/>
    <w:uiPriority w:val="9"/>
    <w:unhideWhenUsed/>
    <w:qFormat/>
    <w:rsid w:val="00270B9C"/>
    <w:pPr>
      <w:keepNext/>
      <w:keepLines/>
      <w:spacing w:before="200"/>
      <w:outlineLvl w:val="5"/>
    </w:pPr>
    <w:rPr>
      <w:rFonts w:eastAsiaTheme="majorEastAsia" w:cstheme="majorBidi"/>
      <w:i/>
      <w:iCs/>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A615F"/>
    <w:rPr>
      <w:rFonts w:ascii="Arial" w:eastAsiaTheme="majorEastAsia" w:hAnsi="Arial" w:cstheme="majorBidi"/>
      <w:b/>
      <w:color w:val="17365D" w:themeColor="text2" w:themeShade="BF"/>
      <w:spacing w:val="5"/>
      <w:kern w:val="28"/>
      <w:sz w:val="56"/>
      <w:szCs w:val="56"/>
    </w:rPr>
  </w:style>
  <w:style w:type="character" w:customStyle="1" w:styleId="Heading2Char">
    <w:name w:val="Heading 2 Char"/>
    <w:basedOn w:val="DefaultParagraphFont"/>
    <w:link w:val="Heading2"/>
    <w:uiPriority w:val="9"/>
    <w:rsid w:val="00270B9C"/>
    <w:rPr>
      <w:rFonts w:ascii="Arial" w:eastAsiaTheme="majorEastAsia" w:hAnsi="Arial" w:cstheme="majorBidi"/>
      <w:b/>
      <w:bCs/>
      <w:color w:val="17365D" w:themeColor="text2" w:themeShade="BF"/>
      <w:sz w:val="40"/>
      <w:szCs w:val="26"/>
    </w:rPr>
  </w:style>
  <w:style w:type="character" w:customStyle="1" w:styleId="Heading3Char">
    <w:name w:val="Heading 3 Char"/>
    <w:basedOn w:val="DefaultParagraphFont"/>
    <w:link w:val="Heading3"/>
    <w:uiPriority w:val="9"/>
    <w:rsid w:val="00270B9C"/>
    <w:rPr>
      <w:rFonts w:ascii="Arial" w:eastAsiaTheme="majorEastAsia" w:hAnsi="Arial" w:cstheme="majorBidi"/>
      <w:b/>
      <w:bCs/>
      <w:color w:val="17365D" w:themeColor="text2" w:themeShade="BF"/>
      <w:sz w:val="36"/>
      <w:szCs w:val="36"/>
    </w:rPr>
  </w:style>
  <w:style w:type="paragraph" w:styleId="Title">
    <w:name w:val="Title"/>
    <w:basedOn w:val="Normal"/>
    <w:next w:val="Normal"/>
    <w:link w:val="TitleChar"/>
    <w:uiPriority w:val="10"/>
    <w:qFormat/>
    <w:rsid w:val="007D4FF4"/>
    <w:pPr>
      <w:keepNext/>
      <w:spacing w:after="160" w:line="240" w:lineRule="auto"/>
      <w:contextualSpacing/>
      <w:jc w:val="center"/>
    </w:pPr>
    <w:rPr>
      <w:rFonts w:eastAsiaTheme="majorEastAsia" w:cstheme="majorBidi"/>
      <w:b/>
      <w:spacing w:val="5"/>
      <w:kern w:val="28"/>
      <w:sz w:val="60"/>
      <w:szCs w:val="52"/>
    </w:rPr>
  </w:style>
  <w:style w:type="character" w:customStyle="1" w:styleId="TitleChar">
    <w:name w:val="Title Char"/>
    <w:basedOn w:val="DefaultParagraphFont"/>
    <w:link w:val="Title"/>
    <w:uiPriority w:val="10"/>
    <w:rsid w:val="007D4FF4"/>
    <w:rPr>
      <w:rFonts w:ascii="Arial" w:eastAsiaTheme="majorEastAsia" w:hAnsi="Arial" w:cstheme="majorBidi"/>
      <w:b/>
      <w:color w:val="17365D" w:themeColor="text2" w:themeShade="BF"/>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1C7299"/>
    <w:rPr>
      <w:rFonts w:ascii="Arial" w:eastAsiaTheme="majorEastAsia" w:hAnsi="Arial" w:cstheme="majorBidi"/>
      <w:b/>
      <w:bCs/>
      <w:i/>
      <w:iCs/>
      <w:color w:val="17365D" w:themeColor="text2" w:themeShade="BF"/>
      <w:sz w:val="32"/>
      <w:szCs w:val="32"/>
    </w:rPr>
  </w:style>
  <w:style w:type="character" w:customStyle="1" w:styleId="Heading5Char">
    <w:name w:val="Heading 5 Char"/>
    <w:basedOn w:val="DefaultParagraphFont"/>
    <w:link w:val="Heading5"/>
    <w:uiPriority w:val="9"/>
    <w:rsid w:val="001C7299"/>
    <w:rPr>
      <w:rFonts w:ascii="Arial" w:eastAsiaTheme="majorEastAsia" w:hAnsi="Arial" w:cstheme="majorBidi"/>
      <w:i/>
      <w:iCs/>
      <w:color w:val="1F497D" w:themeColor="text2"/>
      <w:sz w:val="28"/>
      <w:szCs w:val="28"/>
    </w:rPr>
  </w:style>
  <w:style w:type="character" w:customStyle="1" w:styleId="Heading6Char">
    <w:name w:val="Heading 6 Char"/>
    <w:basedOn w:val="DefaultParagraphFont"/>
    <w:link w:val="Heading6"/>
    <w:uiPriority w:val="9"/>
    <w:rsid w:val="00270B9C"/>
    <w:rPr>
      <w:rFonts w:ascii="Arial" w:eastAsiaTheme="majorEastAsia" w:hAnsi="Arial" w:cstheme="majorBidi"/>
      <w:i/>
      <w:iCs/>
      <w:color w:val="17365D" w:themeColor="text2" w:themeShade="B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ATESubtitle">
    <w:name w:val="CURATE Subtitle"/>
    <w:pPr>
      <w:spacing w:after="140"/>
    </w:pPr>
    <w:rPr>
      <w:rFonts w:ascii="Arial" w:eastAsia="Arial" w:hAnsi="Arial"/>
      <w:b/>
      <w:color w:val="07546D"/>
      <w:sz w:val="32"/>
    </w:rPr>
  </w:style>
  <w:style w:type="paragraph" w:customStyle="1" w:styleId="CURATESectionBanner">
    <w:name w:val="CURATE Section Banner"/>
    <w:pPr>
      <w:keepNext/>
      <w:spacing w:before="200" w:after="240"/>
      <w:ind w:left="259"/>
    </w:pPr>
    <w:rPr>
      <w:rFonts w:ascii="Arial" w:eastAsia="Arial" w:hAnsi="Arial"/>
      <w:b/>
      <w:color w:val="FFFFFF"/>
      <w:sz w:val="48"/>
    </w:rPr>
  </w:style>
  <w:style w:type="paragraph" w:customStyle="1" w:styleId="CURATEQuote">
    <w:name w:val="CURATE Quote"/>
    <w:pPr>
      <w:spacing w:before="100"/>
      <w:ind w:left="504" w:right="360"/>
    </w:pPr>
    <w:rPr>
      <w:rFonts w:ascii="Arial" w:eastAsia="Arial" w:hAnsi="Arial"/>
      <w:i/>
      <w:color w:val="07546D"/>
      <w:sz w:val="21"/>
    </w:rPr>
  </w:style>
  <w:style w:type="paragraph" w:customStyle="1" w:styleId="CURATEBulleted">
    <w:name w:val="CURATE Bulleted"/>
    <w:basedOn w:val="Normal"/>
    <w:pPr>
      <w:spacing w:after="80" w:line="259" w:lineRule="auto"/>
      <w:ind w:left="360" w:hanging="245"/>
    </w:pPr>
    <w:rPr>
      <w:sz w:val="20"/>
    </w:rPr>
  </w:style>
  <w:style w:type="paragraph" w:customStyle="1" w:styleId="CURATECallout">
    <w:name w:val="CURATE Callout"/>
    <w:pPr>
      <w:spacing w:before="140"/>
      <w:ind w:left="202" w:right="202"/>
    </w:pPr>
    <w:rPr>
      <w:rFonts w:ascii="Arial" w:eastAsia="Arial" w:hAnsi="Arial"/>
      <w:color w:val="000000"/>
      <w:sz w:val="21"/>
    </w:rPr>
  </w:style>
  <w:style w:type="paragraph" w:styleId="TOC1">
    <w:name w:val="toc 1"/>
    <w:basedOn w:val="Normal"/>
    <w:next w:val="Normal"/>
    <w:autoRedefine/>
    <w:uiPriority w:val="39"/>
    <w:unhideWhenUsed/>
    <w:rsid w:val="003E2660"/>
    <w:pPr>
      <w:spacing w:after="100"/>
    </w:pPr>
  </w:style>
  <w:style w:type="paragraph" w:styleId="TOC2">
    <w:name w:val="toc 2"/>
    <w:basedOn w:val="Normal"/>
    <w:next w:val="Normal"/>
    <w:autoRedefine/>
    <w:uiPriority w:val="39"/>
    <w:unhideWhenUsed/>
    <w:rsid w:val="003E2660"/>
    <w:pPr>
      <w:spacing w:after="100"/>
      <w:ind w:left="210"/>
    </w:pPr>
  </w:style>
  <w:style w:type="paragraph" w:styleId="TOC3">
    <w:name w:val="toc 3"/>
    <w:basedOn w:val="Normal"/>
    <w:next w:val="Normal"/>
    <w:autoRedefine/>
    <w:uiPriority w:val="39"/>
    <w:unhideWhenUsed/>
    <w:rsid w:val="003E2660"/>
    <w:pPr>
      <w:spacing w:after="100"/>
      <w:ind w:left="420"/>
    </w:pPr>
  </w:style>
  <w:style w:type="character" w:styleId="Hyperlink">
    <w:name w:val="Hyperlink"/>
    <w:basedOn w:val="DefaultParagraphFont"/>
    <w:uiPriority w:val="99"/>
    <w:unhideWhenUsed/>
    <w:rsid w:val="003E2660"/>
    <w:rPr>
      <w:color w:val="0000FF" w:themeColor="hyperlink"/>
      <w:u w:val="single"/>
    </w:rPr>
  </w:style>
  <w:style w:type="character" w:styleId="UnresolvedMention">
    <w:name w:val="Unresolved Mention"/>
    <w:basedOn w:val="DefaultParagraphFont"/>
    <w:uiPriority w:val="99"/>
    <w:semiHidden/>
    <w:unhideWhenUsed/>
    <w:rsid w:val="00E24F22"/>
    <w:rPr>
      <w:color w:val="605E5C"/>
      <w:shd w:val="clear" w:color="auto" w:fill="E1DFDD"/>
    </w:rPr>
  </w:style>
  <w:style w:type="paragraph" w:styleId="FootnoteText">
    <w:name w:val="footnote text"/>
    <w:basedOn w:val="Normal"/>
    <w:link w:val="FootnoteTextChar"/>
    <w:uiPriority w:val="99"/>
    <w:semiHidden/>
    <w:unhideWhenUsed/>
    <w:rsid w:val="003E2F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F03"/>
    <w:rPr>
      <w:rFonts w:ascii="Arial" w:eastAsia="Arial" w:hAnsi="Arial"/>
      <w:color w:val="000000"/>
      <w:sz w:val="20"/>
      <w:szCs w:val="20"/>
    </w:rPr>
  </w:style>
  <w:style w:type="character" w:styleId="FootnoteReference">
    <w:name w:val="footnote reference"/>
    <w:basedOn w:val="DefaultParagraphFont"/>
    <w:uiPriority w:val="99"/>
    <w:semiHidden/>
    <w:unhideWhenUsed/>
    <w:rsid w:val="003E2F03"/>
    <w:rPr>
      <w:vertAlign w:val="superscript"/>
    </w:rPr>
  </w:style>
  <w:style w:type="paragraph" w:styleId="NormalWeb">
    <w:name w:val="Normal (Web)"/>
    <w:basedOn w:val="Normal"/>
    <w:uiPriority w:val="99"/>
    <w:unhideWhenUsed/>
    <w:rsid w:val="00B7360A"/>
    <w:pPr>
      <w:spacing w:after="160" w:line="256" w:lineRule="auto"/>
    </w:pPr>
    <w:rPr>
      <w:rFonts w:ascii="Times New Roman" w:eastAsiaTheme="minorHAnsi" w:hAnsi="Times New Roman" w:cs="Times New Roman"/>
      <w:color w:val="auto"/>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acceleratelearning.com/" TargetMode="External"/><Relationship Id="rId26" Type="http://schemas.openxmlformats.org/officeDocument/2006/relationships/hyperlink" Target="https://www.doe.mass.gov/instruction/curate/master-agreement.html" TargetMode="External"/><Relationship Id="rId39" Type="http://schemas.openxmlformats.org/officeDocument/2006/relationships/footer" Target="footer1.xml"/><Relationship Id="rId21" Type="http://schemas.openxmlformats.org/officeDocument/2006/relationships/hyperlink" Target="https://www.edreports.org/reports/overview/stemscopes-math-2024" TargetMode="External"/><Relationship Id="rId34" Type="http://schemas.openxmlformats.org/officeDocument/2006/relationships/hyperlink" Target="https://www.doe.mass.edu/instruction/impd/default.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acceleratelearning.com/professional-learning/" TargetMode="External"/><Relationship Id="rId29" Type="http://schemas.openxmlformats.org/officeDocument/2006/relationships/hyperlink" Target="https://www.doe.mass.edu/edeffectiveness/standards/default.htm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doe.mass.edu/instruction/curate/rubrics-resources.html" TargetMode="External"/><Relationship Id="rId32" Type="http://schemas.openxmlformats.org/officeDocument/2006/relationships/hyperlink" Target="https://www.doe.mass.edu/instruction/curate/reviews.html" TargetMode="External"/><Relationship Id="rId37" Type="http://schemas.openxmlformats.org/officeDocument/2006/relationships/hyperlink" Target="https://www.doe.mass.edu/instruction/impd/implement-ma.htm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hyperlink" Target="https://www.doe.mass.edu/instruction/curate/process.html" TargetMode="External"/><Relationship Id="rId28" Type="http://schemas.openxmlformats.org/officeDocument/2006/relationships/hyperlink" Target="https://www.doe.mass.edu/frameworks/current.html" TargetMode="External"/><Relationship Id="rId36" Type="http://schemas.openxmlformats.org/officeDocument/2006/relationships/hyperlink" Target="https://survey.alchemer.com/s3/8417921/IMplementMA-Self-Reflection-Survey" TargetMode="External"/><Relationship Id="rId10" Type="http://schemas.openxmlformats.org/officeDocument/2006/relationships/endnotes" Target="endnotes.xml"/><Relationship Id="rId19" Type="http://schemas.openxmlformats.org/officeDocument/2006/relationships/hyperlink" Target="https://info.acceleratelearning.com/hubfs/2023-2024%20Tennessee%20STEMscopes%20Math%20Efficacy%20Study.pdf?hsCtaAttrib=182718721400" TargetMode="External"/><Relationship Id="rId31" Type="http://schemas.openxmlformats.org/officeDocument/2006/relationships/hyperlink" Target="https://www.doe.mass.edu/instruction/curate/defaul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curriculumdashboard.mass.gov/" TargetMode="External"/><Relationship Id="rId27" Type="http://schemas.openxmlformats.org/officeDocument/2006/relationships/hyperlink" Target="mailto:DESE-CURATE@mass.gov" TargetMode="External"/><Relationship Id="rId30" Type="http://schemas.openxmlformats.org/officeDocument/2006/relationships/hyperlink" Target="https://www.doe.mass.edu/instruction/impd/curriculum-literacy.docx" TargetMode="External"/><Relationship Id="rId35" Type="http://schemas.openxmlformats.org/officeDocument/2006/relationships/hyperlink" Target="https://www.doe.mass.edu/instruction/impd/implement-ma-guide.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surveygizmo.com/s3/5004637/Feedback-CURATE-Reports" TargetMode="External"/><Relationship Id="rId25" Type="http://schemas.openxmlformats.org/officeDocument/2006/relationships/hyperlink" Target="https://www.doe.mass.edu/instruction/curate/faq.html" TargetMode="External"/><Relationship Id="rId33" Type="http://schemas.openxmlformats.org/officeDocument/2006/relationships/hyperlink" Target="https://curriculumdashboard.mass.gov/" TargetMode="External"/><Relationship Id="rId38" Type="http://schemas.openxmlformats.org/officeDocument/2006/relationships/hyperlink" Target="https://www.doe.mass.edu/kaleidoscope/planning/protocols/defaul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1ccb9d-19fe-4d68-b108-948416432c47">
      <Terms xmlns="http://schemas.microsoft.com/office/infopath/2007/PartnerControls"/>
    </lcf76f155ced4ddcb4097134ff3c332f>
    <TaxCatchAll xmlns="f9efea3f-07f8-4210-9d64-5fb8063fd03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56F082C5DB08458378324F494DCD4E" ma:contentTypeVersion="16" ma:contentTypeDescription="Create a new document." ma:contentTypeScope="" ma:versionID="2639a757d1833f446941bf34a3e5fc9a">
  <xsd:schema xmlns:xsd="http://www.w3.org/2001/XMLSchema" xmlns:xs="http://www.w3.org/2001/XMLSchema" xmlns:p="http://schemas.microsoft.com/office/2006/metadata/properties" xmlns:ns2="6a1ccb9d-19fe-4d68-b108-948416432c47" xmlns:ns3="f9efea3f-07f8-4210-9d64-5fb8063fd032" targetNamespace="http://schemas.microsoft.com/office/2006/metadata/properties" ma:root="true" ma:fieldsID="66beb29089fbbbfa2e31565ebab01e5f" ns2:_="" ns3:_="">
    <xsd:import namespace="6a1ccb9d-19fe-4d68-b108-948416432c47"/>
    <xsd:import namespace="f9efea3f-07f8-4210-9d64-5fb8063fd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cb9d-19fe-4d68-b108-948416432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fea3f-07f8-4210-9d64-5fb8063fd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faec4e3-1f7f-4cdc-abad-a5c8a91a40ae}" ma:internalName="TaxCatchAll" ma:showField="CatchAllData" ma:web="f9efea3f-07f8-4210-9d64-5fb8063fd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FA15BE-6E2C-4A59-AB88-D6865C34F592}">
  <ds:schemaRefs>
    <ds:schemaRef ds:uri="http://schemas.microsoft.com/office/2006/metadata/properties"/>
    <ds:schemaRef ds:uri="http://schemas.microsoft.com/office/infopath/2007/PartnerControls"/>
    <ds:schemaRef ds:uri="6a1ccb9d-19fe-4d68-b108-948416432c47"/>
    <ds:schemaRef ds:uri="f9efea3f-07f8-4210-9d64-5fb8063fd032"/>
  </ds:schemaRefs>
</ds:datastoreItem>
</file>

<file path=customXml/itemProps2.xml><?xml version="1.0" encoding="utf-8"?>
<ds:datastoreItem xmlns:ds="http://schemas.openxmlformats.org/officeDocument/2006/customXml" ds:itemID="{282FF471-7E7D-4CFB-A549-3531E776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cb9d-19fe-4d68-b108-948416432c47"/>
    <ds:schemaRef ds:uri="f9efea3f-07f8-4210-9d64-5fb8063fd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C3C5823-375E-47CD-B1E1-1DBFBF6DFF2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25</Pages>
  <Words>8643</Words>
  <Characters>50648</Characters>
  <Application>Microsoft Office Word</Application>
  <DocSecurity>0</DocSecurity>
  <Lines>1688</Lines>
  <Paragraphs>570</Paragraphs>
  <ScaleCrop>false</ScaleCrop>
  <HeadingPairs>
    <vt:vector size="2" baseType="variant">
      <vt:variant>
        <vt:lpstr>Title</vt:lpstr>
      </vt:variant>
      <vt:variant>
        <vt:i4>1</vt:i4>
      </vt:variant>
    </vt:vector>
  </HeadingPairs>
  <TitlesOfParts>
    <vt:vector size="1" baseType="lpstr">
      <vt:lpstr>CURATE Report: STEMscopes Math K–5 (2024)</vt:lpstr>
    </vt:vector>
  </TitlesOfParts>
  <Manager/>
  <Company/>
  <LinksUpToDate>false</LinksUpToDate>
  <CharactersWithSpaces>58721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CURATE Report: STEMscopes Math K–5 (2024)</dc:title>
  <dc:subject>Editable and accessible CURATE report based on Into Math K–5 (2020)</dc:subject>
  <dc:creator>DESE</dc:creator>
  <cp:keywords>CURATE, STEMscopes, Massachusetts, Math K-5, curriculum review</cp:keywords>
  <dc:description/>
  <cp:lastModifiedBy>Zou, Dong (EOE)</cp:lastModifiedBy>
  <cp:revision>17</cp:revision>
  <dcterms:created xsi:type="dcterms:W3CDTF">2026-09-09T23:57:00Z</dcterms:created>
  <dcterms:modified xsi:type="dcterms:W3CDTF">2026-09-18T20:53:00Z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